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8" w:type="dxa"/>
        <w:jc w:val="center"/>
        <w:tblLayout w:type="fixed"/>
        <w:tblLook w:val="04A0" w:firstRow="1" w:lastRow="0" w:firstColumn="1" w:lastColumn="0" w:noHBand="0" w:noVBand="1"/>
      </w:tblPr>
      <w:tblGrid>
        <w:gridCol w:w="3261"/>
        <w:gridCol w:w="7187"/>
      </w:tblGrid>
      <w:tr w:rsidR="00E65B4D" w14:paraId="29E72762" w14:textId="77777777" w:rsidTr="00183750">
        <w:trPr>
          <w:trHeight w:val="1020"/>
          <w:jc w:val="center"/>
        </w:trPr>
        <w:tc>
          <w:tcPr>
            <w:tcW w:w="3261" w:type="dxa"/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7A0BB750" w14:textId="5DD29636" w:rsidR="00E65B4D" w:rsidRPr="005367B0" w:rsidRDefault="00004FEF" w:rsidP="00004FEF">
            <w:pPr>
              <w:spacing w:after="0" w:line="240" w:lineRule="auto"/>
              <w:rPr>
                <w:rFonts w:eastAsiaTheme="minorEastAsia" w:hint="eastAsia"/>
                <w:lang w:eastAsia="ja-JP"/>
              </w:rPr>
            </w:pPr>
            <w:r>
              <w:rPr>
                <w:rFonts w:eastAsiaTheme="minorEastAsia" w:hint="eastAsia"/>
                <w:noProof/>
                <w:lang w:eastAsia="ja-JP"/>
              </w:rPr>
              <w:drawing>
                <wp:inline distT="0" distB="0" distL="0" distR="0" wp14:anchorId="72D96FFA" wp14:editId="3050C17D">
                  <wp:extent cx="1967355" cy="1123950"/>
                  <wp:effectExtent l="0" t="0" r="0" b="0"/>
                  <wp:docPr id="679443310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9443310" name="図 6794433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9277" cy="1136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7" w:type="dxa"/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4E99431F" w14:textId="4D798CDD" w:rsidR="00E65B4D" w:rsidRPr="00183750" w:rsidRDefault="00004FEF">
            <w:pPr>
              <w:spacing w:after="0" w:line="240" w:lineRule="auto"/>
              <w:rPr>
                <w:rFonts w:eastAsiaTheme="minorEastAsia"/>
                <w:sz w:val="21"/>
                <w:szCs w:val="21"/>
                <w:lang w:eastAsia="ja-JP"/>
              </w:rPr>
            </w:pPr>
            <w:r w:rsidRPr="00183750">
              <w:rPr>
                <w:rFonts w:eastAsiaTheme="minorEastAsia" w:hint="eastAsia"/>
                <w:sz w:val="21"/>
                <w:szCs w:val="21"/>
                <w:lang w:eastAsia="ja-JP"/>
              </w:rPr>
              <w:t>運営：</w:t>
            </w:r>
            <w:r w:rsidRPr="00183750">
              <w:rPr>
                <w:rFonts w:eastAsiaTheme="minorEastAsia" w:hint="eastAsia"/>
                <w:sz w:val="21"/>
                <w:szCs w:val="21"/>
                <w:lang w:eastAsia="ja-JP"/>
              </w:rPr>
              <w:t>DCmission</w:t>
            </w:r>
            <w:r w:rsidRPr="00183750">
              <w:rPr>
                <w:rFonts w:eastAsiaTheme="minorEastAsia" w:hint="eastAsia"/>
                <w:sz w:val="21"/>
                <w:szCs w:val="21"/>
                <w:lang w:eastAsia="ja-JP"/>
              </w:rPr>
              <w:t>合同会社</w:t>
            </w:r>
          </w:p>
          <w:p w14:paraId="25189AC6" w14:textId="77777777" w:rsidR="00004FEF" w:rsidRPr="00183750" w:rsidRDefault="00004FEF">
            <w:pPr>
              <w:spacing w:after="0" w:line="240" w:lineRule="auto"/>
              <w:rPr>
                <w:rFonts w:eastAsiaTheme="minorEastAsia"/>
                <w:sz w:val="21"/>
                <w:szCs w:val="21"/>
                <w:lang w:eastAsia="ja-JP"/>
              </w:rPr>
            </w:pPr>
            <w:r w:rsidRPr="00183750">
              <w:rPr>
                <w:rFonts w:eastAsiaTheme="minorEastAsia" w:hint="eastAsia"/>
                <w:sz w:val="21"/>
                <w:szCs w:val="21"/>
                <w:lang w:eastAsia="ja-JP"/>
              </w:rPr>
              <w:t>住所：〒</w:t>
            </w:r>
            <w:r w:rsidRPr="00183750">
              <w:rPr>
                <w:rFonts w:eastAsiaTheme="minorEastAsia" w:hint="eastAsia"/>
                <w:sz w:val="21"/>
                <w:szCs w:val="21"/>
                <w:lang w:eastAsia="ja-JP"/>
              </w:rPr>
              <w:t>963-8041</w:t>
            </w:r>
          </w:p>
          <w:p w14:paraId="2E8470C6" w14:textId="19EA139C" w:rsidR="00004FEF" w:rsidRPr="00004FEF" w:rsidRDefault="00004FEF">
            <w:pPr>
              <w:spacing w:after="0" w:line="240" w:lineRule="auto"/>
              <w:rPr>
                <w:rFonts w:eastAsiaTheme="minorEastAsia" w:hint="eastAsia"/>
                <w:lang w:eastAsia="ja-JP"/>
              </w:rPr>
            </w:pPr>
            <w:r w:rsidRPr="00183750">
              <w:rPr>
                <w:rFonts w:eastAsiaTheme="minorEastAsia" w:hint="eastAsia"/>
                <w:sz w:val="21"/>
                <w:szCs w:val="21"/>
                <w:lang w:eastAsia="ja-JP"/>
              </w:rPr>
              <w:t xml:space="preserve">　　　福島県郡山市富田町上亀田</w:t>
            </w:r>
            <w:r w:rsidRPr="00183750">
              <w:rPr>
                <w:rFonts w:eastAsiaTheme="minorEastAsia" w:hint="eastAsia"/>
                <w:sz w:val="21"/>
                <w:szCs w:val="21"/>
                <w:lang w:eastAsia="ja-JP"/>
              </w:rPr>
              <w:t>11</w:t>
            </w:r>
            <w:r w:rsidRPr="00183750">
              <w:rPr>
                <w:rFonts w:eastAsiaTheme="minorEastAsia" w:hint="eastAsia"/>
                <w:sz w:val="21"/>
                <w:szCs w:val="21"/>
                <w:lang w:eastAsia="ja-JP"/>
              </w:rPr>
              <w:t>番地</w:t>
            </w:r>
            <w:r w:rsidRPr="00183750">
              <w:rPr>
                <w:rFonts w:eastAsiaTheme="minorEastAsia" w:hint="eastAsia"/>
                <w:sz w:val="21"/>
                <w:szCs w:val="21"/>
                <w:lang w:eastAsia="ja-JP"/>
              </w:rPr>
              <w:t xml:space="preserve">55 </w:t>
            </w:r>
            <w:r w:rsidRPr="00183750">
              <w:rPr>
                <w:rFonts w:eastAsiaTheme="minorEastAsia"/>
                <w:sz w:val="21"/>
                <w:szCs w:val="21"/>
                <w:lang w:eastAsia="ja-JP"/>
              </w:rPr>
              <w:br/>
            </w:r>
            <w:r w:rsidRPr="00183750">
              <w:rPr>
                <w:rFonts w:eastAsiaTheme="minorEastAsia" w:hint="eastAsia"/>
                <w:sz w:val="21"/>
                <w:szCs w:val="21"/>
                <w:lang w:eastAsia="ja-JP"/>
              </w:rPr>
              <w:t>TEL</w:t>
            </w:r>
            <w:r w:rsidRPr="00183750">
              <w:rPr>
                <w:rFonts w:eastAsiaTheme="minorEastAsia" w:hint="eastAsia"/>
                <w:sz w:val="21"/>
                <w:szCs w:val="21"/>
                <w:lang w:eastAsia="ja-JP"/>
              </w:rPr>
              <w:t>：</w:t>
            </w:r>
            <w:r w:rsidRPr="00183750">
              <w:rPr>
                <w:rFonts w:eastAsiaTheme="minorEastAsia" w:hint="eastAsia"/>
                <w:sz w:val="21"/>
                <w:szCs w:val="21"/>
                <w:lang w:eastAsia="ja-JP"/>
              </w:rPr>
              <w:t>070-2439-0006</w:t>
            </w:r>
            <w:r w:rsidRPr="00183750">
              <w:rPr>
                <w:rFonts w:eastAsiaTheme="minorEastAsia"/>
                <w:sz w:val="21"/>
                <w:szCs w:val="21"/>
                <w:lang w:eastAsia="ja-JP"/>
              </w:rPr>
              <w:br/>
            </w:r>
            <w:r w:rsidRPr="00183750">
              <w:rPr>
                <w:rFonts w:eastAsiaTheme="minorEastAsia" w:hint="eastAsia"/>
                <w:sz w:val="21"/>
                <w:szCs w:val="21"/>
                <w:lang w:eastAsia="ja-JP"/>
              </w:rPr>
              <w:t>受付時間：９：００～１７：３０</w:t>
            </w:r>
          </w:p>
        </w:tc>
      </w:tr>
    </w:tbl>
    <w:p w14:paraId="4D14A505" w14:textId="77777777" w:rsidR="005367B0" w:rsidRDefault="005367B0">
      <w:pPr>
        <w:spacing w:after="0"/>
        <w:jc w:val="center"/>
        <w:rPr>
          <w:rFonts w:eastAsiaTheme="minorEastAsia"/>
          <w:b/>
          <w:sz w:val="32"/>
          <w:lang w:eastAsia="ja-JP"/>
        </w:rPr>
      </w:pPr>
    </w:p>
    <w:p w14:paraId="23DEB112" w14:textId="0F29AE69" w:rsidR="00E65B4D" w:rsidRDefault="00000000">
      <w:pPr>
        <w:spacing w:after="0"/>
        <w:jc w:val="center"/>
      </w:pPr>
      <w:r>
        <w:rPr>
          <w:b/>
          <w:sz w:val="32"/>
        </w:rPr>
        <w:t>無人航空機操縦士講習　受講申込書</w:t>
      </w:r>
    </w:p>
    <w:p w14:paraId="313BCA8B" w14:textId="77777777" w:rsidR="00E65B4D" w:rsidRDefault="00000000">
      <w:pPr>
        <w:spacing w:after="0"/>
        <w:jc w:val="center"/>
        <w:rPr>
          <w:rFonts w:eastAsiaTheme="minorEastAsia"/>
          <w:b/>
          <w:lang w:eastAsia="ja-JP"/>
        </w:rPr>
      </w:pPr>
      <w:r>
        <w:rPr>
          <w:b/>
          <w:lang w:eastAsia="ja-JP"/>
        </w:rPr>
        <w:t>表面：受講者記入欄　ご不明な箇所は空欄のままご提出ください</w:t>
      </w:r>
    </w:p>
    <w:p w14:paraId="261A8AFC" w14:textId="77777777" w:rsidR="00A67F65" w:rsidRPr="00A67F65" w:rsidRDefault="00A67F65">
      <w:pPr>
        <w:spacing w:after="0"/>
        <w:jc w:val="center"/>
        <w:rPr>
          <w:rFonts w:eastAsiaTheme="minorEastAsia" w:hint="eastAsia"/>
          <w:lang w:eastAsia="ja-JP"/>
        </w:rPr>
      </w:pPr>
    </w:p>
    <w:p w14:paraId="5DD60984" w14:textId="451E89C9" w:rsidR="00E65B4D" w:rsidRDefault="00A67F65">
      <w:pPr>
        <w:spacing w:after="0" w:line="240" w:lineRule="auto"/>
        <w:rPr>
          <w:rFonts w:eastAsiaTheme="minorEastAsia"/>
          <w:sz w:val="18"/>
          <w:szCs w:val="18"/>
          <w:lang w:eastAsia="ja-JP"/>
        </w:rPr>
      </w:pPr>
      <w:r>
        <w:rPr>
          <w:rFonts w:ascii="ＭＳ 明朝" w:eastAsia="ＭＳ 明朝" w:hAnsi="ＭＳ 明朝" w:cs="ＭＳ 明朝" w:hint="eastAsia"/>
          <w:sz w:val="18"/>
          <w:szCs w:val="18"/>
          <w:lang w:eastAsia="ja-JP"/>
        </w:rPr>
        <w:t>・</w:t>
      </w:r>
      <w:r w:rsidR="00000000" w:rsidRPr="00A67F65">
        <w:rPr>
          <w:sz w:val="18"/>
          <w:szCs w:val="18"/>
          <w:lang w:eastAsia="ja-JP"/>
        </w:rPr>
        <w:t>本申込書は、講習申込受付・本人確認・受講管理・修了審査・国土交通省関連手続き確認のために使用します。</w:t>
      </w:r>
    </w:p>
    <w:p w14:paraId="0CE91FC3" w14:textId="77777777" w:rsidR="00A67F65" w:rsidRPr="00A67F65" w:rsidRDefault="00A67F65">
      <w:pPr>
        <w:spacing w:after="0" w:line="240" w:lineRule="auto"/>
        <w:rPr>
          <w:rFonts w:eastAsiaTheme="minorEastAsia" w:hint="eastAsia"/>
          <w:sz w:val="18"/>
          <w:szCs w:val="18"/>
          <w:lang w:eastAsia="ja-JP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57"/>
        <w:gridCol w:w="3572"/>
        <w:gridCol w:w="1757"/>
        <w:gridCol w:w="3118"/>
      </w:tblGrid>
      <w:tr w:rsidR="00E65B4D" w14:paraId="3AE03AFB" w14:textId="77777777">
        <w:trPr>
          <w:trHeight w:val="499"/>
          <w:jc w:val="center"/>
        </w:trPr>
        <w:tc>
          <w:tcPr>
            <w:tcW w:w="175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7737F0AE" w14:textId="3F6D36FE" w:rsidR="00E65B4D" w:rsidRPr="000324DF" w:rsidRDefault="000324DF">
            <w:pPr>
              <w:rPr>
                <w:rFonts w:eastAsiaTheme="minorEastAsia" w:hint="eastAsia"/>
                <w:b/>
                <w:bCs/>
                <w:sz w:val="18"/>
                <w:szCs w:val="18"/>
                <w:lang w:eastAsia="ja-JP"/>
              </w:rPr>
            </w:pPr>
            <w:r w:rsidRPr="000324DF">
              <w:rPr>
                <w:rFonts w:ascii="ＭＳ 明朝" w:eastAsia="ＭＳ 明朝" w:hAnsi="ＭＳ 明朝" w:cs="ＭＳ 明朝" w:hint="eastAsia"/>
                <w:b/>
                <w:bCs/>
                <w:sz w:val="18"/>
                <w:szCs w:val="18"/>
                <w:lang w:eastAsia="ja-JP"/>
              </w:rPr>
              <w:t>申込区分</w:t>
            </w:r>
          </w:p>
        </w:tc>
        <w:tc>
          <w:tcPr>
            <w:tcW w:w="8447" w:type="dxa"/>
            <w:gridSpan w:val="3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7F7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38193A59" w14:textId="1CD0B754" w:rsidR="00E65B4D" w:rsidRPr="00183750" w:rsidRDefault="00A67F65" w:rsidP="00A67F65">
            <w:pPr>
              <w:spacing w:after="0" w:line="240" w:lineRule="auto"/>
              <w:rPr>
                <w:rFonts w:eastAsiaTheme="minorEastAsia" w:hint="eastAsia"/>
                <w:sz w:val="20"/>
                <w:szCs w:val="20"/>
                <w:lang w:eastAsia="ja-JP"/>
              </w:rPr>
            </w:pPr>
            <w:r w:rsidRPr="00183750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□</w:t>
            </w:r>
            <w:r w:rsidR="00000000" w:rsidRPr="00183750">
              <w:rPr>
                <w:sz w:val="20"/>
                <w:szCs w:val="20"/>
                <w:lang w:eastAsia="ja-JP"/>
              </w:rPr>
              <w:t xml:space="preserve">新規取得講習　</w:t>
            </w:r>
            <w:r w:rsidRPr="00183750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□</w:t>
            </w:r>
            <w:r w:rsidR="00000000" w:rsidRPr="00183750">
              <w:rPr>
                <w:sz w:val="20"/>
                <w:szCs w:val="20"/>
                <w:lang w:eastAsia="ja-JP"/>
              </w:rPr>
              <w:t xml:space="preserve">更新講習　</w:t>
            </w:r>
            <w:r w:rsidRPr="00183750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□</w:t>
            </w:r>
            <w:r w:rsidR="00000000" w:rsidRPr="00183750">
              <w:rPr>
                <w:sz w:val="20"/>
                <w:szCs w:val="20"/>
                <w:lang w:eastAsia="ja-JP"/>
              </w:rPr>
              <w:t>失効再交付講習</w:t>
            </w:r>
          </w:p>
        </w:tc>
      </w:tr>
      <w:tr w:rsidR="00E65B4D" w14:paraId="0DE6D2FF" w14:textId="77777777">
        <w:trPr>
          <w:trHeight w:val="499"/>
          <w:jc w:val="center"/>
        </w:trPr>
        <w:tc>
          <w:tcPr>
            <w:tcW w:w="175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47437012" w14:textId="77777777" w:rsidR="00E65B4D" w:rsidRPr="00183750" w:rsidRDefault="00000000">
            <w:pPr>
              <w:spacing w:after="0" w:line="240" w:lineRule="auto"/>
              <w:rPr>
                <w:sz w:val="18"/>
                <w:szCs w:val="18"/>
              </w:rPr>
            </w:pPr>
            <w:r w:rsidRPr="00183750">
              <w:rPr>
                <w:b/>
                <w:sz w:val="18"/>
                <w:szCs w:val="18"/>
              </w:rPr>
              <w:t>資格区分</w:t>
            </w:r>
          </w:p>
        </w:tc>
        <w:tc>
          <w:tcPr>
            <w:tcW w:w="8447" w:type="dxa"/>
            <w:gridSpan w:val="3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7F7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012F47EC" w14:textId="787F8749" w:rsidR="00E65B4D" w:rsidRPr="00183750" w:rsidRDefault="00A67F65">
            <w:pPr>
              <w:spacing w:after="0" w:line="240" w:lineRule="auto"/>
              <w:rPr>
                <w:rFonts w:eastAsiaTheme="minorEastAsia" w:hint="eastAsia"/>
                <w:sz w:val="20"/>
                <w:szCs w:val="20"/>
                <w:lang w:eastAsia="ja-JP"/>
              </w:rPr>
            </w:pPr>
            <w:r w:rsidRPr="00183750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□</w:t>
            </w:r>
            <w:r w:rsidR="00000000" w:rsidRPr="00183750">
              <w:rPr>
                <w:sz w:val="20"/>
                <w:szCs w:val="20"/>
                <w:lang w:eastAsia="ja-JP"/>
              </w:rPr>
              <w:t xml:space="preserve">一等無人航空機操縦士　</w:t>
            </w:r>
            <w:r w:rsidRPr="00183750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□</w:t>
            </w:r>
            <w:r w:rsidR="00000000" w:rsidRPr="00183750">
              <w:rPr>
                <w:sz w:val="20"/>
                <w:szCs w:val="20"/>
                <w:lang w:eastAsia="ja-JP"/>
              </w:rPr>
              <w:t xml:space="preserve">二等無人航空機操縦士　</w:t>
            </w:r>
          </w:p>
        </w:tc>
      </w:tr>
      <w:tr w:rsidR="00E65B4D" w14:paraId="6C4A6BE6" w14:textId="77777777">
        <w:trPr>
          <w:trHeight w:val="499"/>
          <w:jc w:val="center"/>
        </w:trPr>
        <w:tc>
          <w:tcPr>
            <w:tcW w:w="175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6B394532" w14:textId="77777777" w:rsidR="00E65B4D" w:rsidRPr="00183750" w:rsidRDefault="00000000">
            <w:pPr>
              <w:spacing w:after="0" w:line="240" w:lineRule="auto"/>
              <w:rPr>
                <w:sz w:val="18"/>
                <w:szCs w:val="18"/>
              </w:rPr>
            </w:pPr>
            <w:r w:rsidRPr="00183750">
              <w:rPr>
                <w:b/>
                <w:sz w:val="18"/>
                <w:szCs w:val="18"/>
              </w:rPr>
              <w:t>受講区分</w:t>
            </w:r>
          </w:p>
        </w:tc>
        <w:tc>
          <w:tcPr>
            <w:tcW w:w="8447" w:type="dxa"/>
            <w:gridSpan w:val="3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7F7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0F207C3A" w14:textId="56A31753" w:rsidR="00E65B4D" w:rsidRPr="00183750" w:rsidRDefault="00A67F65">
            <w:pPr>
              <w:spacing w:after="0" w:line="240" w:lineRule="auto"/>
              <w:rPr>
                <w:rFonts w:eastAsiaTheme="minorEastAsia" w:hint="eastAsia"/>
                <w:sz w:val="20"/>
                <w:szCs w:val="20"/>
                <w:lang w:eastAsia="ja-JP"/>
              </w:rPr>
            </w:pPr>
            <w:r w:rsidRPr="00183750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□</w:t>
            </w:r>
            <w:r w:rsidR="00000000" w:rsidRPr="00183750">
              <w:rPr>
                <w:sz w:val="20"/>
                <w:szCs w:val="20"/>
                <w:lang w:eastAsia="ja-JP"/>
              </w:rPr>
              <w:t xml:space="preserve">初学者　</w:t>
            </w:r>
            <w:r w:rsidRPr="00183750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□</w:t>
            </w:r>
            <w:r w:rsidR="00000000" w:rsidRPr="00183750">
              <w:rPr>
                <w:sz w:val="20"/>
                <w:szCs w:val="20"/>
                <w:lang w:eastAsia="ja-JP"/>
              </w:rPr>
              <w:t xml:space="preserve">経験者　</w:t>
            </w:r>
            <w:r w:rsidRPr="00183750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□</w:t>
            </w:r>
            <w:r w:rsidR="00000000" w:rsidRPr="00183750">
              <w:rPr>
                <w:sz w:val="20"/>
                <w:szCs w:val="20"/>
                <w:lang w:eastAsia="ja-JP"/>
              </w:rPr>
              <w:t xml:space="preserve">更新対象者　</w:t>
            </w:r>
            <w:r w:rsidRPr="00183750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□</w:t>
            </w:r>
            <w:r w:rsidR="00000000" w:rsidRPr="00183750">
              <w:rPr>
                <w:sz w:val="20"/>
                <w:szCs w:val="20"/>
                <w:lang w:eastAsia="ja-JP"/>
              </w:rPr>
              <w:t xml:space="preserve">失効再交付対象者　</w:t>
            </w:r>
          </w:p>
        </w:tc>
      </w:tr>
      <w:tr w:rsidR="00E65B4D" w14:paraId="227761D7" w14:textId="77777777">
        <w:trPr>
          <w:trHeight w:val="499"/>
          <w:jc w:val="center"/>
        </w:trPr>
        <w:tc>
          <w:tcPr>
            <w:tcW w:w="175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7E1A448C" w14:textId="77777777" w:rsidR="00E65B4D" w:rsidRPr="00183750" w:rsidRDefault="00000000">
            <w:pPr>
              <w:spacing w:after="0" w:line="240" w:lineRule="auto"/>
              <w:rPr>
                <w:sz w:val="18"/>
                <w:szCs w:val="18"/>
              </w:rPr>
            </w:pPr>
            <w:r w:rsidRPr="00183750">
              <w:rPr>
                <w:b/>
                <w:sz w:val="18"/>
                <w:szCs w:val="18"/>
              </w:rPr>
              <w:t>追加講習</w:t>
            </w:r>
            <w:r w:rsidRPr="00183750">
              <w:rPr>
                <w:b/>
                <w:sz w:val="18"/>
                <w:szCs w:val="18"/>
              </w:rPr>
              <w:br/>
              <w:t>限定変更</w:t>
            </w:r>
          </w:p>
        </w:tc>
        <w:tc>
          <w:tcPr>
            <w:tcW w:w="8447" w:type="dxa"/>
            <w:gridSpan w:val="3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7F7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50C4A193" w14:textId="4AEA607C" w:rsidR="00E65B4D" w:rsidRPr="00183750" w:rsidRDefault="00A67F65">
            <w:pPr>
              <w:spacing w:after="0" w:line="240" w:lineRule="auto"/>
              <w:rPr>
                <w:rFonts w:eastAsiaTheme="minorEastAsia" w:hint="eastAsia"/>
                <w:sz w:val="20"/>
                <w:szCs w:val="20"/>
                <w:lang w:eastAsia="ja-JP"/>
              </w:rPr>
            </w:pPr>
            <w:r w:rsidRPr="00183750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□</w:t>
            </w:r>
            <w:r w:rsidR="00000000" w:rsidRPr="00183750">
              <w:rPr>
                <w:sz w:val="20"/>
                <w:szCs w:val="20"/>
                <w:lang w:eastAsia="ja-JP"/>
              </w:rPr>
              <w:t xml:space="preserve">目視外飛行　</w:t>
            </w:r>
            <w:r w:rsidRPr="00183750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□</w:t>
            </w:r>
            <w:r w:rsidR="00000000" w:rsidRPr="00183750">
              <w:rPr>
                <w:sz w:val="20"/>
                <w:szCs w:val="20"/>
                <w:lang w:eastAsia="ja-JP"/>
              </w:rPr>
              <w:t xml:space="preserve">夜間飛行　</w:t>
            </w:r>
            <w:r w:rsidRPr="00183750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□</w:t>
            </w:r>
            <w:r w:rsidR="00000000" w:rsidRPr="00183750">
              <w:rPr>
                <w:sz w:val="20"/>
                <w:szCs w:val="20"/>
                <w:lang w:eastAsia="ja-JP"/>
              </w:rPr>
              <w:t xml:space="preserve">25kg以上　</w:t>
            </w:r>
            <w:r w:rsidRPr="00183750">
              <w:rPr>
                <w:rFonts w:asciiTheme="minorEastAsia" w:eastAsiaTheme="minorEastAsia" w:hAnsiTheme="minorEastAsia" w:hint="eastAsia"/>
                <w:sz w:val="20"/>
                <w:szCs w:val="20"/>
                <w:lang w:eastAsia="ja-JP"/>
              </w:rPr>
              <w:t>□</w:t>
            </w:r>
            <w:r w:rsidR="00000000" w:rsidRPr="00183750">
              <w:rPr>
                <w:sz w:val="20"/>
                <w:szCs w:val="20"/>
                <w:lang w:eastAsia="ja-JP"/>
              </w:rPr>
              <w:t xml:space="preserve">今回は希望しない　</w:t>
            </w:r>
          </w:p>
        </w:tc>
      </w:tr>
      <w:tr w:rsidR="00E65B4D" w14:paraId="4E6447FD" w14:textId="77777777">
        <w:trPr>
          <w:trHeight w:val="482"/>
          <w:jc w:val="center"/>
        </w:trPr>
        <w:tc>
          <w:tcPr>
            <w:tcW w:w="175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58F13BFD" w14:textId="77777777" w:rsidR="00E65B4D" w:rsidRPr="00183750" w:rsidRDefault="00000000">
            <w:pPr>
              <w:spacing w:after="0" w:line="240" w:lineRule="auto"/>
              <w:rPr>
                <w:sz w:val="18"/>
                <w:szCs w:val="18"/>
              </w:rPr>
            </w:pPr>
            <w:r w:rsidRPr="00183750">
              <w:rPr>
                <w:b/>
                <w:sz w:val="18"/>
                <w:szCs w:val="18"/>
              </w:rPr>
              <w:t>申込日</w:t>
            </w:r>
          </w:p>
        </w:tc>
        <w:tc>
          <w:tcPr>
            <w:tcW w:w="357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7F7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39972C4E" w14:textId="77777777" w:rsidR="00E65B4D" w:rsidRPr="00183750" w:rsidRDefault="00000000">
            <w:pPr>
              <w:spacing w:after="0" w:line="240" w:lineRule="auto"/>
              <w:rPr>
                <w:sz w:val="18"/>
                <w:szCs w:val="18"/>
              </w:rPr>
            </w:pPr>
            <w:r w:rsidRPr="00183750">
              <w:rPr>
                <w:sz w:val="18"/>
                <w:szCs w:val="18"/>
              </w:rPr>
              <w:t xml:space="preserve">　　　年　　　月　　　日</w:t>
            </w:r>
          </w:p>
        </w:tc>
        <w:tc>
          <w:tcPr>
            <w:tcW w:w="175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778B8C8A" w14:textId="77777777" w:rsidR="00E65B4D" w:rsidRPr="00183750" w:rsidRDefault="00000000">
            <w:pPr>
              <w:spacing w:after="0" w:line="240" w:lineRule="auto"/>
              <w:rPr>
                <w:sz w:val="18"/>
                <w:szCs w:val="18"/>
              </w:rPr>
            </w:pPr>
            <w:r w:rsidRPr="00183750">
              <w:rPr>
                <w:b/>
                <w:sz w:val="18"/>
                <w:szCs w:val="18"/>
              </w:rPr>
              <w:t>受付番号</w:t>
            </w:r>
          </w:p>
        </w:tc>
        <w:tc>
          <w:tcPr>
            <w:tcW w:w="311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7F7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3F9B9307" w14:textId="77777777" w:rsidR="00E65B4D" w:rsidRDefault="00000000">
            <w:pPr>
              <w:spacing w:after="0" w:line="240" w:lineRule="auto"/>
            </w:pPr>
            <w:r>
              <w:t>No.</w:t>
            </w:r>
          </w:p>
        </w:tc>
      </w:tr>
      <w:tr w:rsidR="00E65B4D" w14:paraId="252B295C" w14:textId="77777777">
        <w:trPr>
          <w:trHeight w:val="482"/>
          <w:jc w:val="center"/>
        </w:trPr>
        <w:tc>
          <w:tcPr>
            <w:tcW w:w="175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782A8395" w14:textId="77777777" w:rsidR="00E65B4D" w:rsidRPr="00183750" w:rsidRDefault="00000000">
            <w:pPr>
              <w:spacing w:after="0" w:line="240" w:lineRule="auto"/>
              <w:rPr>
                <w:sz w:val="18"/>
                <w:szCs w:val="18"/>
              </w:rPr>
            </w:pPr>
            <w:r w:rsidRPr="00183750">
              <w:rPr>
                <w:b/>
                <w:sz w:val="18"/>
                <w:szCs w:val="18"/>
              </w:rPr>
              <w:t>氏名</w:t>
            </w:r>
          </w:p>
        </w:tc>
        <w:tc>
          <w:tcPr>
            <w:tcW w:w="357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7F7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1206E0B2" w14:textId="77777777" w:rsidR="00E65B4D" w:rsidRPr="00183750" w:rsidRDefault="00E65B4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2CE6BFFE" w14:textId="77777777" w:rsidR="00E65B4D" w:rsidRPr="00183750" w:rsidRDefault="00000000">
            <w:pPr>
              <w:spacing w:after="0" w:line="240" w:lineRule="auto"/>
              <w:rPr>
                <w:sz w:val="18"/>
                <w:szCs w:val="18"/>
              </w:rPr>
            </w:pPr>
            <w:r w:rsidRPr="00183750">
              <w:rPr>
                <w:b/>
                <w:sz w:val="18"/>
                <w:szCs w:val="18"/>
              </w:rPr>
              <w:t>フリガナ</w:t>
            </w:r>
          </w:p>
        </w:tc>
        <w:tc>
          <w:tcPr>
            <w:tcW w:w="311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7F7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2B603703" w14:textId="77777777" w:rsidR="00E65B4D" w:rsidRDefault="00E65B4D">
            <w:pPr>
              <w:spacing w:after="0" w:line="240" w:lineRule="auto"/>
            </w:pPr>
          </w:p>
        </w:tc>
      </w:tr>
      <w:tr w:rsidR="00E65B4D" w14:paraId="7E09B282" w14:textId="77777777">
        <w:trPr>
          <w:trHeight w:val="482"/>
          <w:jc w:val="center"/>
        </w:trPr>
        <w:tc>
          <w:tcPr>
            <w:tcW w:w="175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03DE7BE7" w14:textId="77777777" w:rsidR="00E65B4D" w:rsidRPr="00183750" w:rsidRDefault="00000000">
            <w:pPr>
              <w:spacing w:after="0" w:line="240" w:lineRule="auto"/>
              <w:rPr>
                <w:sz w:val="18"/>
                <w:szCs w:val="18"/>
              </w:rPr>
            </w:pPr>
            <w:r w:rsidRPr="00183750">
              <w:rPr>
                <w:b/>
                <w:sz w:val="18"/>
                <w:szCs w:val="18"/>
              </w:rPr>
              <w:t>生年月日</w:t>
            </w:r>
          </w:p>
        </w:tc>
        <w:tc>
          <w:tcPr>
            <w:tcW w:w="357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7F7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0943F95B" w14:textId="77777777" w:rsidR="00E65B4D" w:rsidRPr="00183750" w:rsidRDefault="00000000">
            <w:pPr>
              <w:spacing w:after="0" w:line="240" w:lineRule="auto"/>
              <w:rPr>
                <w:sz w:val="18"/>
                <w:szCs w:val="18"/>
              </w:rPr>
            </w:pPr>
            <w:r w:rsidRPr="00183750">
              <w:rPr>
                <w:sz w:val="18"/>
                <w:szCs w:val="18"/>
              </w:rPr>
              <w:t>西暦　　　　年　　　月　　　日</w:t>
            </w:r>
          </w:p>
        </w:tc>
        <w:tc>
          <w:tcPr>
            <w:tcW w:w="175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0FC1C086" w14:textId="77777777" w:rsidR="00E65B4D" w:rsidRPr="00183750" w:rsidRDefault="00000000">
            <w:pPr>
              <w:spacing w:after="0" w:line="240" w:lineRule="auto"/>
              <w:rPr>
                <w:sz w:val="18"/>
                <w:szCs w:val="18"/>
              </w:rPr>
            </w:pPr>
            <w:r w:rsidRPr="00183750">
              <w:rPr>
                <w:b/>
                <w:sz w:val="18"/>
                <w:szCs w:val="18"/>
              </w:rPr>
              <w:t>年齢</w:t>
            </w:r>
          </w:p>
        </w:tc>
        <w:tc>
          <w:tcPr>
            <w:tcW w:w="311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7F7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17038B75" w14:textId="77777777" w:rsidR="00E65B4D" w:rsidRDefault="00000000">
            <w:pPr>
              <w:spacing w:after="0" w:line="240" w:lineRule="auto"/>
            </w:pPr>
            <w:r>
              <w:t xml:space="preserve">　　　　　歳</w:t>
            </w:r>
          </w:p>
        </w:tc>
      </w:tr>
      <w:tr w:rsidR="00E65B4D" w14:paraId="52A67376" w14:textId="77777777">
        <w:trPr>
          <w:trHeight w:val="482"/>
          <w:jc w:val="center"/>
        </w:trPr>
        <w:tc>
          <w:tcPr>
            <w:tcW w:w="175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55122F78" w14:textId="77777777" w:rsidR="00E65B4D" w:rsidRPr="00183750" w:rsidRDefault="00000000">
            <w:pPr>
              <w:spacing w:after="0" w:line="240" w:lineRule="auto"/>
              <w:rPr>
                <w:sz w:val="18"/>
                <w:szCs w:val="18"/>
              </w:rPr>
            </w:pPr>
            <w:r w:rsidRPr="00183750">
              <w:rPr>
                <w:b/>
                <w:sz w:val="18"/>
                <w:szCs w:val="18"/>
              </w:rPr>
              <w:t>住所</w:t>
            </w:r>
          </w:p>
        </w:tc>
        <w:tc>
          <w:tcPr>
            <w:tcW w:w="8447" w:type="dxa"/>
            <w:gridSpan w:val="3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7F7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35B3ED61" w14:textId="77777777" w:rsidR="00E65B4D" w:rsidRPr="00183750" w:rsidRDefault="00000000">
            <w:pPr>
              <w:spacing w:after="0" w:line="240" w:lineRule="auto"/>
              <w:rPr>
                <w:sz w:val="18"/>
                <w:szCs w:val="18"/>
              </w:rPr>
            </w:pPr>
            <w:r w:rsidRPr="00183750">
              <w:rPr>
                <w:sz w:val="18"/>
                <w:szCs w:val="18"/>
              </w:rPr>
              <w:t>〒</w:t>
            </w:r>
          </w:p>
        </w:tc>
      </w:tr>
      <w:tr w:rsidR="00E65B4D" w14:paraId="08437549" w14:textId="77777777">
        <w:trPr>
          <w:trHeight w:val="482"/>
          <w:jc w:val="center"/>
        </w:trPr>
        <w:tc>
          <w:tcPr>
            <w:tcW w:w="175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56A84BCF" w14:textId="77777777" w:rsidR="00E65B4D" w:rsidRPr="00183750" w:rsidRDefault="00000000">
            <w:pPr>
              <w:spacing w:after="0" w:line="240" w:lineRule="auto"/>
              <w:rPr>
                <w:sz w:val="18"/>
                <w:szCs w:val="18"/>
              </w:rPr>
            </w:pPr>
            <w:r w:rsidRPr="00183750">
              <w:rPr>
                <w:b/>
                <w:sz w:val="18"/>
                <w:szCs w:val="18"/>
              </w:rPr>
              <w:t>電話番号</w:t>
            </w:r>
          </w:p>
        </w:tc>
        <w:tc>
          <w:tcPr>
            <w:tcW w:w="357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7F7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11712B27" w14:textId="77777777" w:rsidR="00E65B4D" w:rsidRPr="00183750" w:rsidRDefault="00E65B4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3D9140AC" w14:textId="77777777" w:rsidR="00E65B4D" w:rsidRPr="00183750" w:rsidRDefault="00000000">
            <w:pPr>
              <w:spacing w:after="0" w:line="240" w:lineRule="auto"/>
              <w:rPr>
                <w:sz w:val="18"/>
                <w:szCs w:val="18"/>
              </w:rPr>
            </w:pPr>
            <w:r w:rsidRPr="00183750">
              <w:rPr>
                <w:b/>
                <w:sz w:val="18"/>
                <w:szCs w:val="18"/>
              </w:rPr>
              <w:t>メール</w:t>
            </w:r>
          </w:p>
        </w:tc>
        <w:tc>
          <w:tcPr>
            <w:tcW w:w="311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7F7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086AE798" w14:textId="77777777" w:rsidR="00E65B4D" w:rsidRDefault="00E65B4D">
            <w:pPr>
              <w:spacing w:after="0" w:line="240" w:lineRule="auto"/>
            </w:pPr>
          </w:p>
        </w:tc>
      </w:tr>
      <w:tr w:rsidR="00E65B4D" w14:paraId="7EA87240" w14:textId="77777777">
        <w:trPr>
          <w:trHeight w:val="482"/>
          <w:jc w:val="center"/>
        </w:trPr>
        <w:tc>
          <w:tcPr>
            <w:tcW w:w="175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1EF71470" w14:textId="77777777" w:rsidR="00E65B4D" w:rsidRPr="00183750" w:rsidRDefault="00000000">
            <w:pPr>
              <w:spacing w:after="0" w:line="240" w:lineRule="auto"/>
              <w:rPr>
                <w:sz w:val="18"/>
                <w:szCs w:val="18"/>
              </w:rPr>
            </w:pPr>
            <w:r w:rsidRPr="00183750">
              <w:rPr>
                <w:b/>
                <w:sz w:val="18"/>
                <w:szCs w:val="18"/>
              </w:rPr>
              <w:t>技能証明</w:t>
            </w:r>
            <w:r w:rsidRPr="00183750">
              <w:rPr>
                <w:b/>
                <w:sz w:val="18"/>
                <w:szCs w:val="18"/>
              </w:rPr>
              <w:br/>
              <w:t>申請者番号</w:t>
            </w:r>
          </w:p>
        </w:tc>
        <w:tc>
          <w:tcPr>
            <w:tcW w:w="8447" w:type="dxa"/>
            <w:gridSpan w:val="3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7F7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07D7D8E5" w14:textId="2BF03018" w:rsidR="00E65B4D" w:rsidRPr="00183750" w:rsidRDefault="00A67F65">
            <w:pPr>
              <w:spacing w:after="0" w:line="240" w:lineRule="auto"/>
              <w:rPr>
                <w:sz w:val="18"/>
                <w:szCs w:val="18"/>
                <w:lang w:eastAsia="ja-JP"/>
              </w:rPr>
            </w:pPr>
            <w:r w:rsidRPr="00183750">
              <w:rPr>
                <w:rFonts w:asciiTheme="minorEastAsia" w:eastAsiaTheme="minorEastAsia" w:hAnsiTheme="minorEastAsia" w:hint="eastAsia"/>
                <w:sz w:val="18"/>
                <w:szCs w:val="18"/>
                <w:lang w:eastAsia="ja-JP"/>
              </w:rPr>
              <w:t>□</w:t>
            </w:r>
            <w:r w:rsidR="00000000" w:rsidRPr="00183750">
              <w:rPr>
                <w:sz w:val="18"/>
                <w:szCs w:val="18"/>
                <w:lang w:eastAsia="ja-JP"/>
              </w:rPr>
              <w:t xml:space="preserve">取得済み　番号：　　　　　　　　　　　　　　　</w:t>
            </w:r>
            <w:r w:rsidRPr="00183750">
              <w:rPr>
                <w:rFonts w:asciiTheme="minorEastAsia" w:eastAsiaTheme="minorEastAsia" w:hAnsiTheme="minorEastAsia" w:hint="eastAsia"/>
                <w:sz w:val="18"/>
                <w:szCs w:val="18"/>
                <w:lang w:eastAsia="ja-JP"/>
              </w:rPr>
              <w:t>□</w:t>
            </w:r>
            <w:r w:rsidR="00000000" w:rsidRPr="00183750">
              <w:rPr>
                <w:sz w:val="18"/>
                <w:szCs w:val="18"/>
                <w:lang w:eastAsia="ja-JP"/>
              </w:rPr>
              <w:t>未取得（取得方法の案内希望）</w:t>
            </w:r>
          </w:p>
        </w:tc>
      </w:tr>
      <w:tr w:rsidR="00E65B4D" w14:paraId="6B6196A0" w14:textId="77777777">
        <w:trPr>
          <w:trHeight w:val="482"/>
          <w:jc w:val="center"/>
        </w:trPr>
        <w:tc>
          <w:tcPr>
            <w:tcW w:w="175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1F33EFC6" w14:textId="77777777" w:rsidR="00E65B4D" w:rsidRPr="00183750" w:rsidRDefault="00000000">
            <w:pPr>
              <w:spacing w:after="0" w:line="240" w:lineRule="auto"/>
              <w:rPr>
                <w:sz w:val="18"/>
                <w:szCs w:val="18"/>
              </w:rPr>
            </w:pPr>
            <w:r w:rsidRPr="00183750">
              <w:rPr>
                <w:b/>
                <w:sz w:val="18"/>
                <w:szCs w:val="18"/>
              </w:rPr>
              <w:t>保有技能証明書</w:t>
            </w:r>
            <w:r w:rsidRPr="00183750">
              <w:rPr>
                <w:b/>
                <w:sz w:val="18"/>
                <w:szCs w:val="18"/>
              </w:rPr>
              <w:br/>
              <w:t>番号</w:t>
            </w:r>
          </w:p>
        </w:tc>
        <w:tc>
          <w:tcPr>
            <w:tcW w:w="8447" w:type="dxa"/>
            <w:gridSpan w:val="3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7F7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26822F69" w14:textId="77777777" w:rsidR="00E65B4D" w:rsidRPr="00183750" w:rsidRDefault="00000000">
            <w:pPr>
              <w:spacing w:after="0" w:line="240" w:lineRule="auto"/>
              <w:rPr>
                <w:sz w:val="18"/>
                <w:szCs w:val="18"/>
                <w:lang w:eastAsia="ja-JP"/>
              </w:rPr>
            </w:pPr>
            <w:r w:rsidRPr="00183750">
              <w:rPr>
                <w:sz w:val="18"/>
                <w:szCs w:val="18"/>
                <w:lang w:eastAsia="ja-JP"/>
              </w:rPr>
              <w:t xml:space="preserve">更新講習・失効再交付講習の方のみ記入：　　　　　　　　　　　　　　　　　　　　</w:t>
            </w:r>
          </w:p>
        </w:tc>
      </w:tr>
      <w:tr w:rsidR="00E65B4D" w14:paraId="0F94BE6E" w14:textId="77777777">
        <w:trPr>
          <w:trHeight w:val="482"/>
          <w:jc w:val="center"/>
        </w:trPr>
        <w:tc>
          <w:tcPr>
            <w:tcW w:w="175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19DC5CE8" w14:textId="77777777" w:rsidR="00E65B4D" w:rsidRPr="00183750" w:rsidRDefault="00000000">
            <w:pPr>
              <w:spacing w:after="0" w:line="240" w:lineRule="auto"/>
              <w:rPr>
                <w:sz w:val="18"/>
                <w:szCs w:val="18"/>
              </w:rPr>
            </w:pPr>
            <w:r w:rsidRPr="00183750">
              <w:rPr>
                <w:b/>
                <w:sz w:val="18"/>
                <w:szCs w:val="18"/>
              </w:rPr>
              <w:t>緊急連絡先</w:t>
            </w:r>
          </w:p>
        </w:tc>
        <w:tc>
          <w:tcPr>
            <w:tcW w:w="357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7F7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35E4EF99" w14:textId="77777777" w:rsidR="00E65B4D" w:rsidRPr="00183750" w:rsidRDefault="00000000">
            <w:pPr>
              <w:spacing w:after="0" w:line="240" w:lineRule="auto"/>
              <w:rPr>
                <w:sz w:val="18"/>
                <w:szCs w:val="18"/>
              </w:rPr>
            </w:pPr>
            <w:r w:rsidRPr="00183750">
              <w:rPr>
                <w:sz w:val="18"/>
                <w:szCs w:val="18"/>
              </w:rPr>
              <w:t>氏名：</w:t>
            </w:r>
          </w:p>
        </w:tc>
        <w:tc>
          <w:tcPr>
            <w:tcW w:w="175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2AC886B7" w14:textId="77777777" w:rsidR="00E65B4D" w:rsidRPr="00183750" w:rsidRDefault="00000000">
            <w:pPr>
              <w:spacing w:after="0" w:line="240" w:lineRule="auto"/>
              <w:rPr>
                <w:sz w:val="18"/>
                <w:szCs w:val="18"/>
              </w:rPr>
            </w:pPr>
            <w:r w:rsidRPr="00183750">
              <w:rPr>
                <w:b/>
                <w:sz w:val="18"/>
                <w:szCs w:val="18"/>
              </w:rPr>
              <w:t>続柄・電話</w:t>
            </w:r>
          </w:p>
        </w:tc>
        <w:tc>
          <w:tcPr>
            <w:tcW w:w="311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7F7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69E4F4EB" w14:textId="02C5A85E" w:rsidR="00E65B4D" w:rsidRPr="00183750" w:rsidRDefault="00000000">
            <w:pPr>
              <w:spacing w:after="0" w:line="240" w:lineRule="auto"/>
              <w:rPr>
                <w:sz w:val="18"/>
                <w:szCs w:val="18"/>
              </w:rPr>
            </w:pPr>
            <w:r w:rsidRPr="00183750">
              <w:rPr>
                <w:sz w:val="18"/>
                <w:szCs w:val="18"/>
              </w:rPr>
              <w:t>続柄：　　電話：</w:t>
            </w:r>
          </w:p>
        </w:tc>
      </w:tr>
      <w:tr w:rsidR="00E65B4D" w14:paraId="4AD37E98" w14:textId="77777777">
        <w:trPr>
          <w:trHeight w:val="482"/>
          <w:jc w:val="center"/>
        </w:trPr>
        <w:tc>
          <w:tcPr>
            <w:tcW w:w="175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585A3A61" w14:textId="5789C8C2" w:rsidR="00E65B4D" w:rsidRPr="00183750" w:rsidRDefault="00000000">
            <w:pPr>
              <w:spacing w:after="0" w:line="240" w:lineRule="auto"/>
              <w:rPr>
                <w:sz w:val="18"/>
                <w:szCs w:val="18"/>
              </w:rPr>
            </w:pPr>
            <w:r w:rsidRPr="00183750">
              <w:rPr>
                <w:b/>
                <w:sz w:val="18"/>
                <w:szCs w:val="18"/>
              </w:rPr>
              <w:t>勤務先・所属</w:t>
            </w:r>
            <w:r w:rsidRPr="00183750">
              <w:rPr>
                <w:b/>
                <w:sz w:val="18"/>
                <w:szCs w:val="18"/>
              </w:rPr>
              <w:br/>
            </w:r>
            <w:r w:rsidRPr="000324DF">
              <w:rPr>
                <w:b/>
                <w:sz w:val="16"/>
                <w:szCs w:val="16"/>
              </w:rPr>
              <w:t>任意</w:t>
            </w:r>
          </w:p>
        </w:tc>
        <w:tc>
          <w:tcPr>
            <w:tcW w:w="8447" w:type="dxa"/>
            <w:gridSpan w:val="3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7F7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187E92D4" w14:textId="77777777" w:rsidR="00E65B4D" w:rsidRPr="00183750" w:rsidRDefault="00E65B4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65B4D" w:rsidRPr="00A67F65" w14:paraId="549AED84" w14:textId="77777777">
        <w:trPr>
          <w:trHeight w:val="482"/>
          <w:jc w:val="center"/>
        </w:trPr>
        <w:tc>
          <w:tcPr>
            <w:tcW w:w="175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2EAC742C" w14:textId="77777777" w:rsidR="00E65B4D" w:rsidRPr="00183750" w:rsidRDefault="00000000">
            <w:pPr>
              <w:spacing w:after="0" w:line="240" w:lineRule="auto"/>
              <w:rPr>
                <w:sz w:val="18"/>
                <w:szCs w:val="18"/>
                <w:lang w:eastAsia="ja-JP"/>
              </w:rPr>
            </w:pPr>
            <w:r w:rsidRPr="00183750">
              <w:rPr>
                <w:b/>
                <w:sz w:val="18"/>
                <w:szCs w:val="18"/>
                <w:lang w:eastAsia="ja-JP"/>
              </w:rPr>
              <w:t>学科免除</w:t>
            </w:r>
            <w:r w:rsidRPr="00183750">
              <w:rPr>
                <w:b/>
                <w:sz w:val="18"/>
                <w:szCs w:val="18"/>
                <w:lang w:eastAsia="ja-JP"/>
              </w:rPr>
              <w:br/>
              <w:t>新規取得の方</w:t>
            </w:r>
          </w:p>
        </w:tc>
        <w:tc>
          <w:tcPr>
            <w:tcW w:w="8447" w:type="dxa"/>
            <w:gridSpan w:val="3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7F7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28F1857E" w14:textId="0C6599E4" w:rsidR="00E65B4D" w:rsidRPr="00183750" w:rsidRDefault="00A67F65">
            <w:pPr>
              <w:spacing w:after="0" w:line="240" w:lineRule="auto"/>
              <w:rPr>
                <w:sz w:val="18"/>
                <w:szCs w:val="18"/>
                <w:lang w:eastAsia="ja-JP"/>
              </w:rPr>
            </w:pPr>
            <w:r w:rsidRPr="00183750">
              <w:rPr>
                <w:rFonts w:ascii="ＭＳ 明朝" w:eastAsia="ＭＳ 明朝" w:hAnsi="ＭＳ 明朝" w:cs="ＭＳ 明朝" w:hint="eastAsia"/>
                <w:sz w:val="18"/>
                <w:szCs w:val="18"/>
                <w:lang w:eastAsia="ja-JP"/>
              </w:rPr>
              <w:t>□</w:t>
            </w:r>
            <w:r w:rsidR="00000000" w:rsidRPr="00183750">
              <w:rPr>
                <w:sz w:val="18"/>
                <w:szCs w:val="18"/>
                <w:lang w:eastAsia="ja-JP"/>
              </w:rPr>
              <w:t xml:space="preserve">希望しない　</w:t>
            </w:r>
            <w:r w:rsidRPr="00183750">
              <w:rPr>
                <w:rFonts w:asciiTheme="minorEastAsia" w:eastAsiaTheme="minorEastAsia" w:hAnsiTheme="minorEastAsia" w:hint="eastAsia"/>
                <w:sz w:val="18"/>
                <w:szCs w:val="18"/>
                <w:lang w:eastAsia="ja-JP"/>
              </w:rPr>
              <w:t>□</w:t>
            </w:r>
            <w:r w:rsidR="00000000" w:rsidRPr="00183750">
              <w:rPr>
                <w:sz w:val="18"/>
                <w:szCs w:val="18"/>
                <w:lang w:eastAsia="ja-JP"/>
              </w:rPr>
              <w:t xml:space="preserve">有効な修了証明書　</w:t>
            </w:r>
            <w:r w:rsidRPr="00183750">
              <w:rPr>
                <w:rFonts w:asciiTheme="minorEastAsia" w:eastAsiaTheme="minorEastAsia" w:hAnsiTheme="minorEastAsia" w:hint="eastAsia"/>
                <w:sz w:val="18"/>
                <w:szCs w:val="18"/>
                <w:lang w:eastAsia="ja-JP"/>
              </w:rPr>
              <w:t>□</w:t>
            </w:r>
            <w:r w:rsidR="00000000" w:rsidRPr="00183750">
              <w:rPr>
                <w:sz w:val="18"/>
                <w:szCs w:val="18"/>
                <w:lang w:eastAsia="ja-JP"/>
              </w:rPr>
              <w:t xml:space="preserve">学科試験合格証明書　</w:t>
            </w:r>
            <w:r w:rsidRPr="00183750">
              <w:rPr>
                <w:rFonts w:ascii="ＭＳ 明朝" w:eastAsia="ＭＳ 明朝" w:hAnsi="ＭＳ 明朝" w:cs="ＭＳ 明朝" w:hint="eastAsia"/>
                <w:sz w:val="18"/>
                <w:szCs w:val="18"/>
                <w:lang w:eastAsia="ja-JP"/>
              </w:rPr>
              <w:t>□</w:t>
            </w:r>
            <w:r w:rsidR="00000000" w:rsidRPr="00183750">
              <w:rPr>
                <w:sz w:val="18"/>
                <w:szCs w:val="18"/>
                <w:lang w:eastAsia="ja-JP"/>
              </w:rPr>
              <w:t>無人航空機操縦者技能証明書</w:t>
            </w:r>
          </w:p>
        </w:tc>
      </w:tr>
      <w:tr w:rsidR="00E65B4D" w14:paraId="07C01E86" w14:textId="77777777">
        <w:trPr>
          <w:trHeight w:val="482"/>
          <w:jc w:val="center"/>
        </w:trPr>
        <w:tc>
          <w:tcPr>
            <w:tcW w:w="175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5696CA60" w14:textId="77777777" w:rsidR="00E65B4D" w:rsidRPr="00183750" w:rsidRDefault="00000000">
            <w:pPr>
              <w:spacing w:after="0" w:line="240" w:lineRule="auto"/>
              <w:rPr>
                <w:sz w:val="18"/>
                <w:szCs w:val="18"/>
                <w:lang w:eastAsia="ja-JP"/>
              </w:rPr>
            </w:pPr>
            <w:r w:rsidRPr="00183750">
              <w:rPr>
                <w:b/>
                <w:sz w:val="18"/>
                <w:szCs w:val="18"/>
                <w:lang w:eastAsia="ja-JP"/>
              </w:rPr>
              <w:t>経験者確認資料</w:t>
            </w:r>
            <w:r w:rsidRPr="00183750">
              <w:rPr>
                <w:b/>
                <w:sz w:val="18"/>
                <w:szCs w:val="18"/>
                <w:lang w:eastAsia="ja-JP"/>
              </w:rPr>
              <w:br/>
              <w:t>新規取得の方</w:t>
            </w:r>
          </w:p>
        </w:tc>
        <w:tc>
          <w:tcPr>
            <w:tcW w:w="8447" w:type="dxa"/>
            <w:gridSpan w:val="3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7F7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71DEB484" w14:textId="0F794479" w:rsidR="00E65B4D" w:rsidRPr="00183750" w:rsidRDefault="00A67F65">
            <w:pPr>
              <w:spacing w:after="0" w:line="240" w:lineRule="auto"/>
              <w:rPr>
                <w:sz w:val="18"/>
                <w:szCs w:val="18"/>
                <w:lang w:eastAsia="ja-JP"/>
              </w:rPr>
            </w:pPr>
            <w:r w:rsidRPr="00183750">
              <w:rPr>
                <w:rFonts w:asciiTheme="minorEastAsia" w:eastAsiaTheme="minorEastAsia" w:hAnsiTheme="minorEastAsia" w:hint="eastAsia"/>
                <w:sz w:val="18"/>
                <w:szCs w:val="18"/>
                <w:lang w:eastAsia="ja-JP"/>
              </w:rPr>
              <w:t>□</w:t>
            </w:r>
            <w:r w:rsidR="00000000" w:rsidRPr="00183750">
              <w:rPr>
                <w:sz w:val="18"/>
                <w:szCs w:val="18"/>
                <w:lang w:eastAsia="ja-JP"/>
              </w:rPr>
              <w:t xml:space="preserve">民間技能証　</w:t>
            </w:r>
            <w:r w:rsidRPr="00183750">
              <w:rPr>
                <w:rFonts w:asciiTheme="minorEastAsia" w:eastAsiaTheme="minorEastAsia" w:hAnsiTheme="minorEastAsia" w:hint="eastAsia"/>
                <w:sz w:val="18"/>
                <w:szCs w:val="18"/>
                <w:lang w:eastAsia="ja-JP"/>
              </w:rPr>
              <w:t>□</w:t>
            </w:r>
            <w:r w:rsidR="00000000" w:rsidRPr="00183750">
              <w:rPr>
                <w:sz w:val="18"/>
                <w:szCs w:val="18"/>
                <w:lang w:eastAsia="ja-JP"/>
              </w:rPr>
              <w:t xml:space="preserve">航空局の許可承認書　</w:t>
            </w:r>
            <w:r w:rsidRPr="00183750">
              <w:rPr>
                <w:rFonts w:asciiTheme="minorEastAsia" w:eastAsiaTheme="minorEastAsia" w:hAnsiTheme="minorEastAsia" w:hint="eastAsia"/>
                <w:sz w:val="18"/>
                <w:szCs w:val="18"/>
                <w:lang w:eastAsia="ja-JP"/>
              </w:rPr>
              <w:t>□</w:t>
            </w:r>
            <w:r w:rsidR="00000000" w:rsidRPr="00183750">
              <w:rPr>
                <w:sz w:val="18"/>
                <w:szCs w:val="18"/>
                <w:lang w:eastAsia="ja-JP"/>
              </w:rPr>
              <w:t xml:space="preserve">講習修了証　</w:t>
            </w:r>
            <w:r w:rsidRPr="00183750">
              <w:rPr>
                <w:rFonts w:asciiTheme="minorEastAsia" w:eastAsiaTheme="minorEastAsia" w:hAnsiTheme="minorEastAsia" w:hint="eastAsia"/>
                <w:sz w:val="18"/>
                <w:szCs w:val="18"/>
                <w:lang w:eastAsia="ja-JP"/>
              </w:rPr>
              <w:t>□</w:t>
            </w:r>
            <w:r w:rsidR="00000000" w:rsidRPr="00183750">
              <w:rPr>
                <w:sz w:val="18"/>
                <w:szCs w:val="18"/>
                <w:lang w:eastAsia="ja-JP"/>
              </w:rPr>
              <w:t>試験合格証</w:t>
            </w:r>
            <w:r w:rsidR="00000000" w:rsidRPr="00183750">
              <w:rPr>
                <w:sz w:val="18"/>
                <w:szCs w:val="18"/>
                <w:lang w:eastAsia="ja-JP"/>
              </w:rPr>
              <w:br/>
            </w:r>
            <w:r w:rsidRPr="00183750">
              <w:rPr>
                <w:rFonts w:asciiTheme="minorEastAsia" w:eastAsiaTheme="minorEastAsia" w:hAnsiTheme="minorEastAsia" w:hint="eastAsia"/>
                <w:sz w:val="18"/>
                <w:szCs w:val="18"/>
                <w:lang w:eastAsia="ja-JP"/>
              </w:rPr>
              <w:t>□</w:t>
            </w:r>
            <w:r w:rsidR="00000000" w:rsidRPr="00183750">
              <w:rPr>
                <w:sz w:val="18"/>
                <w:szCs w:val="18"/>
                <w:lang w:eastAsia="ja-JP"/>
              </w:rPr>
              <w:t xml:space="preserve">10時間以上の飛行記録　</w:t>
            </w:r>
            <w:r w:rsidRPr="00183750">
              <w:rPr>
                <w:rFonts w:asciiTheme="minorEastAsia" w:eastAsiaTheme="minorEastAsia" w:hAnsiTheme="minorEastAsia" w:hint="eastAsia"/>
                <w:sz w:val="18"/>
                <w:szCs w:val="18"/>
                <w:lang w:eastAsia="ja-JP"/>
              </w:rPr>
              <w:t>□</w:t>
            </w:r>
            <w:r w:rsidR="00000000" w:rsidRPr="00183750">
              <w:rPr>
                <w:sz w:val="18"/>
                <w:szCs w:val="18"/>
                <w:lang w:eastAsia="ja-JP"/>
              </w:rPr>
              <w:t>その他（　　　　　　　　　　　　　　）</w:t>
            </w:r>
          </w:p>
        </w:tc>
      </w:tr>
      <w:tr w:rsidR="00E65B4D" w14:paraId="63CF7C95" w14:textId="77777777">
        <w:trPr>
          <w:trHeight w:val="482"/>
          <w:jc w:val="center"/>
        </w:trPr>
        <w:tc>
          <w:tcPr>
            <w:tcW w:w="175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705FA3D0" w14:textId="77777777" w:rsidR="00E65B4D" w:rsidRPr="00183750" w:rsidRDefault="00000000">
            <w:pPr>
              <w:spacing w:after="0" w:line="240" w:lineRule="auto"/>
              <w:rPr>
                <w:sz w:val="18"/>
                <w:szCs w:val="18"/>
              </w:rPr>
            </w:pPr>
            <w:r w:rsidRPr="00183750">
              <w:rPr>
                <w:b/>
                <w:sz w:val="18"/>
                <w:szCs w:val="18"/>
              </w:rPr>
              <w:t>希望日程</w:t>
            </w:r>
          </w:p>
        </w:tc>
        <w:tc>
          <w:tcPr>
            <w:tcW w:w="3572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7F7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201C580D" w14:textId="77777777" w:rsidR="00E65B4D" w:rsidRPr="00183750" w:rsidRDefault="00000000">
            <w:pPr>
              <w:spacing w:after="0" w:line="240" w:lineRule="auto"/>
              <w:rPr>
                <w:sz w:val="18"/>
                <w:szCs w:val="18"/>
              </w:rPr>
            </w:pPr>
            <w:r w:rsidRPr="00183750">
              <w:rPr>
                <w:sz w:val="18"/>
                <w:szCs w:val="18"/>
              </w:rPr>
              <w:t>第1希望：　　　月　　　日</w:t>
            </w:r>
          </w:p>
        </w:tc>
        <w:tc>
          <w:tcPr>
            <w:tcW w:w="175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7A6ABD5E" w14:textId="77777777" w:rsidR="00E65B4D" w:rsidRPr="00183750" w:rsidRDefault="00000000">
            <w:pPr>
              <w:spacing w:after="0" w:line="240" w:lineRule="auto"/>
              <w:rPr>
                <w:sz w:val="18"/>
                <w:szCs w:val="18"/>
              </w:rPr>
            </w:pPr>
            <w:r w:rsidRPr="00183750">
              <w:rPr>
                <w:b/>
                <w:sz w:val="18"/>
                <w:szCs w:val="18"/>
              </w:rPr>
              <w:t>支払方法</w:t>
            </w:r>
          </w:p>
        </w:tc>
        <w:tc>
          <w:tcPr>
            <w:tcW w:w="311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7F7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6BEFA666" w14:textId="7D244B77" w:rsidR="00E65B4D" w:rsidRPr="00183750" w:rsidRDefault="00A67F65">
            <w:pPr>
              <w:spacing w:after="0" w:line="240" w:lineRule="auto"/>
              <w:rPr>
                <w:rFonts w:eastAsiaTheme="minorEastAsia" w:hint="eastAsia"/>
                <w:sz w:val="18"/>
                <w:szCs w:val="18"/>
                <w:lang w:eastAsia="ja-JP"/>
              </w:rPr>
            </w:pPr>
            <w:r w:rsidRPr="00183750">
              <w:rPr>
                <w:rFonts w:asciiTheme="minorEastAsia" w:eastAsiaTheme="minorEastAsia" w:hAnsiTheme="minorEastAsia" w:hint="eastAsia"/>
                <w:sz w:val="18"/>
                <w:szCs w:val="18"/>
                <w:lang w:eastAsia="ja-JP"/>
              </w:rPr>
              <w:t>□</w:t>
            </w:r>
            <w:r w:rsidR="00000000" w:rsidRPr="00183750">
              <w:rPr>
                <w:sz w:val="18"/>
                <w:szCs w:val="18"/>
                <w:lang w:eastAsia="ja-JP"/>
              </w:rPr>
              <w:t xml:space="preserve">銀行振込　</w:t>
            </w:r>
            <w:r w:rsidRPr="00183750">
              <w:rPr>
                <w:rFonts w:asciiTheme="minorEastAsia" w:eastAsiaTheme="minorEastAsia" w:hAnsiTheme="minorEastAsia" w:hint="eastAsia"/>
                <w:sz w:val="18"/>
                <w:szCs w:val="18"/>
                <w:lang w:eastAsia="ja-JP"/>
              </w:rPr>
              <w:t>□</w:t>
            </w:r>
            <w:r w:rsidR="00000000" w:rsidRPr="00183750">
              <w:rPr>
                <w:sz w:val="18"/>
                <w:szCs w:val="18"/>
                <w:lang w:eastAsia="ja-JP"/>
              </w:rPr>
              <w:t>現金</w:t>
            </w:r>
          </w:p>
        </w:tc>
      </w:tr>
    </w:tbl>
    <w:p w14:paraId="3184E8F8" w14:textId="77777777" w:rsidR="00183750" w:rsidRDefault="00183750">
      <w:pPr>
        <w:spacing w:after="0" w:line="240" w:lineRule="auto"/>
        <w:rPr>
          <w:rFonts w:eastAsiaTheme="minorEastAsia"/>
          <w:sz w:val="18"/>
          <w:szCs w:val="18"/>
          <w:lang w:eastAsia="ja-JP"/>
        </w:rPr>
      </w:pPr>
    </w:p>
    <w:p w14:paraId="29EB3EC4" w14:textId="7964F7D7" w:rsidR="00E65B4D" w:rsidRPr="00183750" w:rsidRDefault="00000000">
      <w:pPr>
        <w:spacing w:after="0" w:line="240" w:lineRule="auto"/>
        <w:rPr>
          <w:b/>
          <w:bCs/>
          <w:sz w:val="18"/>
          <w:szCs w:val="18"/>
          <w:lang w:eastAsia="ja-JP"/>
        </w:rPr>
      </w:pPr>
      <w:r w:rsidRPr="00183750">
        <w:rPr>
          <w:b/>
          <w:bCs/>
          <w:sz w:val="18"/>
          <w:szCs w:val="18"/>
          <w:lang w:eastAsia="ja-JP"/>
        </w:rPr>
        <w:t>※裏面の「必要書類・受講資格確認・受講者確認・署名欄」もご確認ください。</w:t>
      </w:r>
    </w:p>
    <w:p w14:paraId="40D3A87D" w14:textId="77777777" w:rsidR="00E65B4D" w:rsidRDefault="00000000">
      <w:pPr>
        <w:spacing w:after="0"/>
        <w:rPr>
          <w:lang w:eastAsia="ja-JP"/>
        </w:rPr>
      </w:pPr>
      <w:r>
        <w:rPr>
          <w:lang w:eastAsia="ja-JP"/>
        </w:rPr>
        <w:br w:type="page"/>
      </w:r>
    </w:p>
    <w:p w14:paraId="62D3799C" w14:textId="77777777" w:rsidR="00E65B4D" w:rsidRDefault="00000000">
      <w:pPr>
        <w:spacing w:after="0"/>
        <w:jc w:val="center"/>
      </w:pPr>
      <w:r>
        <w:rPr>
          <w:b/>
          <w:sz w:val="32"/>
        </w:rPr>
        <w:lastRenderedPageBreak/>
        <w:t>無人航空機操縦士講習　受講申込書</w:t>
      </w:r>
    </w:p>
    <w:p w14:paraId="65ED3B59" w14:textId="77777777" w:rsidR="00E65B4D" w:rsidRDefault="00000000">
      <w:pPr>
        <w:spacing w:after="0"/>
        <w:jc w:val="center"/>
        <w:rPr>
          <w:rFonts w:eastAsiaTheme="minorEastAsia"/>
          <w:b/>
          <w:lang w:eastAsia="ja-JP"/>
        </w:rPr>
      </w:pPr>
      <w:r>
        <w:rPr>
          <w:b/>
          <w:lang w:eastAsia="ja-JP"/>
        </w:rPr>
        <w:t>裏面：必要書類・受講資格確認・受講者確認・署名欄</w:t>
      </w:r>
    </w:p>
    <w:p w14:paraId="64CBCD66" w14:textId="77777777" w:rsidR="00A67F65" w:rsidRPr="00A67F65" w:rsidRDefault="00A67F65">
      <w:pPr>
        <w:spacing w:after="0"/>
        <w:jc w:val="center"/>
        <w:rPr>
          <w:rFonts w:eastAsiaTheme="minorEastAsia" w:hint="eastAsia"/>
          <w:lang w:eastAsia="ja-JP"/>
        </w:rPr>
      </w:pPr>
    </w:p>
    <w:p w14:paraId="590AB1D4" w14:textId="01C73805" w:rsidR="00E65B4D" w:rsidRPr="00A67F65" w:rsidRDefault="00A67F65">
      <w:pPr>
        <w:spacing w:after="0" w:line="240" w:lineRule="auto"/>
        <w:rPr>
          <w:sz w:val="18"/>
          <w:szCs w:val="18"/>
          <w:lang w:eastAsia="ja-JP"/>
        </w:rPr>
      </w:pPr>
      <w:r w:rsidRPr="00A67F65">
        <w:rPr>
          <w:rFonts w:ascii="ＭＳ 明朝" w:eastAsia="ＭＳ 明朝" w:hAnsi="ＭＳ 明朝" w:cs="ＭＳ 明朝" w:hint="eastAsia"/>
          <w:sz w:val="18"/>
          <w:szCs w:val="18"/>
          <w:lang w:eastAsia="ja-JP"/>
        </w:rPr>
        <w:t>・</w:t>
      </w:r>
      <w:r w:rsidR="00000000" w:rsidRPr="00A67F65">
        <w:rPr>
          <w:sz w:val="18"/>
          <w:szCs w:val="18"/>
          <w:lang w:eastAsia="ja-JP"/>
        </w:rPr>
        <w:t>申込時または受講前までに、該当する書類をご準備ください。ご不明な点はスクール担当者へご相談ください。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3"/>
        <w:gridCol w:w="6350"/>
        <w:gridCol w:w="1587"/>
        <w:gridCol w:w="1474"/>
      </w:tblGrid>
      <w:tr w:rsidR="00E65B4D" w14:paraId="60779450" w14:textId="77777777">
        <w:trPr>
          <w:trHeight w:val="312"/>
          <w:tblHeader/>
          <w:jc w:val="center"/>
        </w:trPr>
        <w:tc>
          <w:tcPr>
            <w:tcW w:w="79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DEBF7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0A54EC75" w14:textId="77777777" w:rsidR="00E65B4D" w:rsidRPr="00183750" w:rsidRDefault="00000000">
            <w:pPr>
              <w:spacing w:after="0" w:line="228" w:lineRule="auto"/>
              <w:jc w:val="center"/>
              <w:rPr>
                <w:sz w:val="18"/>
                <w:szCs w:val="18"/>
              </w:rPr>
            </w:pPr>
            <w:r w:rsidRPr="00183750">
              <w:rPr>
                <w:b/>
                <w:sz w:val="18"/>
                <w:szCs w:val="18"/>
              </w:rPr>
              <w:t>チェック</w:t>
            </w:r>
          </w:p>
        </w:tc>
        <w:tc>
          <w:tcPr>
            <w:tcW w:w="635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DEBF7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77000131" w14:textId="77777777" w:rsidR="00E65B4D" w:rsidRPr="00183750" w:rsidRDefault="00000000">
            <w:pPr>
              <w:spacing w:after="0" w:line="228" w:lineRule="auto"/>
              <w:rPr>
                <w:sz w:val="18"/>
                <w:szCs w:val="18"/>
              </w:rPr>
            </w:pPr>
            <w:r w:rsidRPr="00183750">
              <w:rPr>
                <w:sz w:val="18"/>
                <w:szCs w:val="18"/>
              </w:rPr>
              <w:t>必要書類・確認内容</w:t>
            </w:r>
          </w:p>
        </w:tc>
        <w:tc>
          <w:tcPr>
            <w:tcW w:w="158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DEBF7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563AB9F3" w14:textId="77777777" w:rsidR="00E65B4D" w:rsidRPr="00183750" w:rsidRDefault="00000000">
            <w:pPr>
              <w:spacing w:after="0" w:line="228" w:lineRule="auto"/>
              <w:jc w:val="center"/>
              <w:rPr>
                <w:sz w:val="18"/>
                <w:szCs w:val="18"/>
              </w:rPr>
            </w:pPr>
            <w:r w:rsidRPr="00183750">
              <w:rPr>
                <w:b/>
                <w:sz w:val="18"/>
                <w:szCs w:val="18"/>
              </w:rPr>
              <w:t>対象</w:t>
            </w:r>
          </w:p>
        </w:tc>
        <w:tc>
          <w:tcPr>
            <w:tcW w:w="147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DEBF7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25FC7094" w14:textId="77777777" w:rsidR="00E65B4D" w:rsidRPr="00183750" w:rsidRDefault="00000000">
            <w:pPr>
              <w:spacing w:after="0" w:line="228" w:lineRule="auto"/>
              <w:jc w:val="center"/>
              <w:rPr>
                <w:sz w:val="18"/>
                <w:szCs w:val="18"/>
              </w:rPr>
            </w:pPr>
            <w:r w:rsidRPr="00183750">
              <w:rPr>
                <w:b/>
                <w:sz w:val="18"/>
                <w:szCs w:val="18"/>
              </w:rPr>
              <w:t>部数等</w:t>
            </w:r>
          </w:p>
        </w:tc>
      </w:tr>
      <w:tr w:rsidR="00E65B4D" w14:paraId="093BAA92" w14:textId="77777777">
        <w:trPr>
          <w:trHeight w:val="482"/>
          <w:jc w:val="center"/>
        </w:trPr>
        <w:tc>
          <w:tcPr>
            <w:tcW w:w="79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6681A3E4" w14:textId="50BE197E" w:rsidR="00E65B4D" w:rsidRPr="00183750" w:rsidRDefault="00A67F65">
            <w:pPr>
              <w:spacing w:after="0" w:line="228" w:lineRule="auto"/>
              <w:jc w:val="center"/>
              <w:rPr>
                <w:rFonts w:eastAsiaTheme="minorEastAsia" w:hint="eastAsia"/>
                <w:sz w:val="18"/>
                <w:szCs w:val="18"/>
                <w:lang w:eastAsia="ja-JP"/>
              </w:rPr>
            </w:pPr>
            <w:r w:rsidRPr="00183750">
              <w:rPr>
                <w:rFonts w:asciiTheme="minorEastAsia" w:eastAsiaTheme="minorEastAsia" w:hAnsiTheme="minorEastAsia" w:hint="eastAsia"/>
                <w:sz w:val="18"/>
                <w:szCs w:val="18"/>
                <w:lang w:eastAsia="ja-JP"/>
              </w:rPr>
              <w:t>□</w:t>
            </w:r>
          </w:p>
        </w:tc>
        <w:tc>
          <w:tcPr>
            <w:tcW w:w="635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636D0F13" w14:textId="77777777" w:rsidR="00183750" w:rsidRDefault="00000000">
            <w:pPr>
              <w:spacing w:after="0" w:line="228" w:lineRule="auto"/>
              <w:rPr>
                <w:rFonts w:eastAsiaTheme="minorEastAsia"/>
                <w:sz w:val="18"/>
                <w:szCs w:val="18"/>
                <w:lang w:eastAsia="ja-JP"/>
              </w:rPr>
            </w:pPr>
            <w:r w:rsidRPr="00183750">
              <w:rPr>
                <w:sz w:val="18"/>
                <w:szCs w:val="18"/>
                <w:lang w:eastAsia="ja-JP"/>
              </w:rPr>
              <w:t>本人確認書類：運転免許証／マイナンバーカード（表のみ）／</w:t>
            </w:r>
          </w:p>
          <w:p w14:paraId="16795213" w14:textId="2A283459" w:rsidR="00E65B4D" w:rsidRPr="00183750" w:rsidRDefault="00000000">
            <w:pPr>
              <w:spacing w:after="0" w:line="228" w:lineRule="auto"/>
              <w:rPr>
                <w:sz w:val="18"/>
                <w:szCs w:val="18"/>
                <w:lang w:eastAsia="ja-JP"/>
              </w:rPr>
            </w:pPr>
            <w:r w:rsidRPr="00183750">
              <w:rPr>
                <w:sz w:val="18"/>
                <w:szCs w:val="18"/>
                <w:lang w:eastAsia="ja-JP"/>
              </w:rPr>
              <w:t>本籍記載住民票（6か月以内）＋顔写真 のいずれか</w:t>
            </w:r>
          </w:p>
        </w:tc>
        <w:tc>
          <w:tcPr>
            <w:tcW w:w="158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474E5A20" w14:textId="77777777" w:rsidR="00E65B4D" w:rsidRPr="00183750" w:rsidRDefault="00000000">
            <w:pPr>
              <w:spacing w:after="0" w:line="228" w:lineRule="auto"/>
              <w:jc w:val="center"/>
              <w:rPr>
                <w:sz w:val="18"/>
                <w:szCs w:val="18"/>
              </w:rPr>
            </w:pPr>
            <w:r w:rsidRPr="00183750">
              <w:rPr>
                <w:sz w:val="18"/>
                <w:szCs w:val="18"/>
              </w:rPr>
              <w:t>全員</w:t>
            </w:r>
          </w:p>
        </w:tc>
        <w:tc>
          <w:tcPr>
            <w:tcW w:w="147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23E45272" w14:textId="77777777" w:rsidR="00E65B4D" w:rsidRPr="00183750" w:rsidRDefault="00000000">
            <w:pPr>
              <w:spacing w:after="0" w:line="228" w:lineRule="auto"/>
              <w:jc w:val="center"/>
              <w:rPr>
                <w:sz w:val="18"/>
                <w:szCs w:val="18"/>
              </w:rPr>
            </w:pPr>
            <w:r w:rsidRPr="00183750">
              <w:rPr>
                <w:sz w:val="18"/>
                <w:szCs w:val="18"/>
              </w:rPr>
              <w:t>1部</w:t>
            </w:r>
          </w:p>
        </w:tc>
      </w:tr>
      <w:tr w:rsidR="00E65B4D" w14:paraId="4294F885" w14:textId="77777777">
        <w:trPr>
          <w:trHeight w:val="482"/>
          <w:jc w:val="center"/>
        </w:trPr>
        <w:tc>
          <w:tcPr>
            <w:tcW w:w="79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510B5DA2" w14:textId="7207595A" w:rsidR="00E65B4D" w:rsidRPr="00183750" w:rsidRDefault="00A67F65">
            <w:pPr>
              <w:spacing w:after="0" w:line="228" w:lineRule="auto"/>
              <w:jc w:val="center"/>
              <w:rPr>
                <w:rFonts w:eastAsiaTheme="minorEastAsia" w:hint="eastAsia"/>
                <w:sz w:val="18"/>
                <w:szCs w:val="18"/>
                <w:lang w:eastAsia="ja-JP"/>
              </w:rPr>
            </w:pPr>
            <w:r w:rsidRPr="00183750">
              <w:rPr>
                <w:rFonts w:asciiTheme="minorEastAsia" w:eastAsiaTheme="minorEastAsia" w:hAnsiTheme="minorEastAsia" w:hint="eastAsia"/>
                <w:sz w:val="18"/>
                <w:szCs w:val="18"/>
                <w:lang w:eastAsia="ja-JP"/>
              </w:rPr>
              <w:t>□</w:t>
            </w:r>
          </w:p>
        </w:tc>
        <w:tc>
          <w:tcPr>
            <w:tcW w:w="635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3C13EB57" w14:textId="77777777" w:rsidR="00E65B4D" w:rsidRPr="00183750" w:rsidRDefault="00000000">
            <w:pPr>
              <w:spacing w:after="0" w:line="228" w:lineRule="auto"/>
              <w:rPr>
                <w:sz w:val="18"/>
                <w:szCs w:val="18"/>
                <w:lang w:eastAsia="ja-JP"/>
              </w:rPr>
            </w:pPr>
            <w:r w:rsidRPr="00183750">
              <w:rPr>
                <w:sz w:val="18"/>
                <w:szCs w:val="18"/>
                <w:lang w:eastAsia="ja-JP"/>
              </w:rPr>
              <w:t>技能証明申請者番号：DIPS等で取得した番号。未取得の方はご案内します。</w:t>
            </w:r>
          </w:p>
        </w:tc>
        <w:tc>
          <w:tcPr>
            <w:tcW w:w="158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63383A20" w14:textId="77777777" w:rsidR="00E65B4D" w:rsidRPr="00183750" w:rsidRDefault="00000000">
            <w:pPr>
              <w:spacing w:after="0" w:line="228" w:lineRule="auto"/>
              <w:jc w:val="center"/>
              <w:rPr>
                <w:sz w:val="18"/>
                <w:szCs w:val="18"/>
              </w:rPr>
            </w:pPr>
            <w:r w:rsidRPr="00183750">
              <w:rPr>
                <w:sz w:val="18"/>
                <w:szCs w:val="18"/>
              </w:rPr>
              <w:t>全員</w:t>
            </w:r>
          </w:p>
        </w:tc>
        <w:tc>
          <w:tcPr>
            <w:tcW w:w="147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7F1ACF70" w14:textId="77777777" w:rsidR="00E65B4D" w:rsidRPr="00183750" w:rsidRDefault="00000000">
            <w:pPr>
              <w:spacing w:after="0" w:line="228" w:lineRule="auto"/>
              <w:jc w:val="center"/>
              <w:rPr>
                <w:sz w:val="18"/>
                <w:szCs w:val="18"/>
              </w:rPr>
            </w:pPr>
            <w:r w:rsidRPr="00183750">
              <w:rPr>
                <w:sz w:val="18"/>
                <w:szCs w:val="18"/>
              </w:rPr>
              <w:t>確認</w:t>
            </w:r>
          </w:p>
        </w:tc>
      </w:tr>
      <w:tr w:rsidR="00E65B4D" w14:paraId="56848308" w14:textId="77777777">
        <w:trPr>
          <w:trHeight w:val="482"/>
          <w:jc w:val="center"/>
        </w:trPr>
        <w:tc>
          <w:tcPr>
            <w:tcW w:w="79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680ED178" w14:textId="5F677DDE" w:rsidR="00E65B4D" w:rsidRPr="00183750" w:rsidRDefault="00A67F65">
            <w:pPr>
              <w:spacing w:after="0" w:line="228" w:lineRule="auto"/>
              <w:jc w:val="center"/>
              <w:rPr>
                <w:rFonts w:eastAsiaTheme="minorEastAsia" w:hint="eastAsia"/>
                <w:sz w:val="18"/>
                <w:szCs w:val="18"/>
                <w:lang w:eastAsia="ja-JP"/>
              </w:rPr>
            </w:pPr>
            <w:r w:rsidRPr="00183750">
              <w:rPr>
                <w:rFonts w:asciiTheme="minorEastAsia" w:eastAsiaTheme="minorEastAsia" w:hAnsiTheme="minorEastAsia" w:hint="eastAsia"/>
                <w:sz w:val="18"/>
                <w:szCs w:val="18"/>
                <w:lang w:eastAsia="ja-JP"/>
              </w:rPr>
              <w:t>□</w:t>
            </w:r>
          </w:p>
        </w:tc>
        <w:tc>
          <w:tcPr>
            <w:tcW w:w="635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66496EB0" w14:textId="77777777" w:rsidR="00183750" w:rsidRDefault="00000000">
            <w:pPr>
              <w:spacing w:after="0" w:line="228" w:lineRule="auto"/>
              <w:rPr>
                <w:rFonts w:eastAsiaTheme="minorEastAsia"/>
                <w:sz w:val="18"/>
                <w:szCs w:val="18"/>
                <w:lang w:eastAsia="ja-JP"/>
              </w:rPr>
            </w:pPr>
            <w:r w:rsidRPr="00183750">
              <w:rPr>
                <w:sz w:val="18"/>
                <w:szCs w:val="18"/>
                <w:lang w:eastAsia="ja-JP"/>
              </w:rPr>
              <w:t>経験者証明：民間技能証、航空局許可承認書、講習修了証、試験合格証、</w:t>
            </w:r>
          </w:p>
          <w:p w14:paraId="1B86C98E" w14:textId="550CC75F" w:rsidR="00E65B4D" w:rsidRPr="00183750" w:rsidRDefault="00000000">
            <w:pPr>
              <w:spacing w:after="0" w:line="228" w:lineRule="auto"/>
              <w:rPr>
                <w:sz w:val="18"/>
                <w:szCs w:val="18"/>
                <w:lang w:eastAsia="ja-JP"/>
              </w:rPr>
            </w:pPr>
            <w:r w:rsidRPr="00183750">
              <w:rPr>
                <w:sz w:val="18"/>
                <w:szCs w:val="18"/>
                <w:lang w:eastAsia="ja-JP"/>
              </w:rPr>
              <w:t>10時間以上の飛行記録等</w:t>
            </w:r>
          </w:p>
        </w:tc>
        <w:tc>
          <w:tcPr>
            <w:tcW w:w="158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1CEF01B6" w14:textId="77777777" w:rsidR="00E65B4D" w:rsidRPr="00183750" w:rsidRDefault="00000000">
            <w:pPr>
              <w:spacing w:after="0" w:line="228" w:lineRule="auto"/>
              <w:jc w:val="center"/>
              <w:rPr>
                <w:sz w:val="18"/>
                <w:szCs w:val="18"/>
              </w:rPr>
            </w:pPr>
            <w:r w:rsidRPr="00183750">
              <w:rPr>
                <w:sz w:val="18"/>
                <w:szCs w:val="18"/>
              </w:rPr>
              <w:t>新規取得の</w:t>
            </w:r>
            <w:r w:rsidRPr="00183750">
              <w:rPr>
                <w:sz w:val="18"/>
                <w:szCs w:val="18"/>
              </w:rPr>
              <w:br/>
              <w:t>該当者</w:t>
            </w:r>
          </w:p>
        </w:tc>
        <w:tc>
          <w:tcPr>
            <w:tcW w:w="147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182174A4" w14:textId="77777777" w:rsidR="00E65B4D" w:rsidRPr="00183750" w:rsidRDefault="00000000">
            <w:pPr>
              <w:spacing w:after="0" w:line="228" w:lineRule="auto"/>
              <w:jc w:val="center"/>
              <w:rPr>
                <w:sz w:val="18"/>
                <w:szCs w:val="18"/>
              </w:rPr>
            </w:pPr>
            <w:r w:rsidRPr="00183750">
              <w:rPr>
                <w:sz w:val="18"/>
                <w:szCs w:val="18"/>
              </w:rPr>
              <w:t>1部</w:t>
            </w:r>
          </w:p>
        </w:tc>
      </w:tr>
      <w:tr w:rsidR="00E65B4D" w14:paraId="05E8FB1B" w14:textId="77777777">
        <w:trPr>
          <w:trHeight w:val="482"/>
          <w:jc w:val="center"/>
        </w:trPr>
        <w:tc>
          <w:tcPr>
            <w:tcW w:w="79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34A3A060" w14:textId="2A70031F" w:rsidR="00E65B4D" w:rsidRPr="00183750" w:rsidRDefault="00A67F65">
            <w:pPr>
              <w:spacing w:after="0" w:line="228" w:lineRule="auto"/>
              <w:jc w:val="center"/>
              <w:rPr>
                <w:rFonts w:eastAsiaTheme="minorEastAsia" w:hint="eastAsia"/>
                <w:sz w:val="18"/>
                <w:szCs w:val="18"/>
                <w:lang w:eastAsia="ja-JP"/>
              </w:rPr>
            </w:pPr>
            <w:r w:rsidRPr="00183750">
              <w:rPr>
                <w:rFonts w:asciiTheme="minorEastAsia" w:eastAsiaTheme="minorEastAsia" w:hAnsiTheme="minorEastAsia" w:hint="eastAsia"/>
                <w:sz w:val="18"/>
                <w:szCs w:val="18"/>
                <w:lang w:eastAsia="ja-JP"/>
              </w:rPr>
              <w:t>□</w:t>
            </w:r>
          </w:p>
        </w:tc>
        <w:tc>
          <w:tcPr>
            <w:tcW w:w="635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0C7DBEDC" w14:textId="77777777" w:rsidR="00183750" w:rsidRDefault="00000000">
            <w:pPr>
              <w:spacing w:after="0" w:line="228" w:lineRule="auto"/>
              <w:rPr>
                <w:rFonts w:eastAsiaTheme="minorEastAsia"/>
                <w:sz w:val="18"/>
                <w:szCs w:val="18"/>
                <w:lang w:eastAsia="ja-JP"/>
              </w:rPr>
            </w:pPr>
            <w:r w:rsidRPr="00183750">
              <w:rPr>
                <w:sz w:val="18"/>
                <w:szCs w:val="18"/>
                <w:lang w:eastAsia="ja-JP"/>
              </w:rPr>
              <w:t>学科免除資料：有効な修了証明書、学科試験合格証明書、</w:t>
            </w:r>
          </w:p>
          <w:p w14:paraId="044C4DE2" w14:textId="69E83673" w:rsidR="00E65B4D" w:rsidRPr="00183750" w:rsidRDefault="00000000">
            <w:pPr>
              <w:spacing w:after="0" w:line="228" w:lineRule="auto"/>
              <w:rPr>
                <w:sz w:val="18"/>
                <w:szCs w:val="18"/>
                <w:lang w:eastAsia="ja-JP"/>
              </w:rPr>
            </w:pPr>
            <w:r w:rsidRPr="00183750">
              <w:rPr>
                <w:sz w:val="18"/>
                <w:szCs w:val="18"/>
                <w:lang w:eastAsia="ja-JP"/>
              </w:rPr>
              <w:t>無人航空機操縦者技能証明書</w:t>
            </w:r>
          </w:p>
        </w:tc>
        <w:tc>
          <w:tcPr>
            <w:tcW w:w="158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7E5483C1" w14:textId="77777777" w:rsidR="00E65B4D" w:rsidRPr="00183750" w:rsidRDefault="00000000">
            <w:pPr>
              <w:spacing w:after="0" w:line="228" w:lineRule="auto"/>
              <w:jc w:val="center"/>
              <w:rPr>
                <w:sz w:val="18"/>
                <w:szCs w:val="18"/>
              </w:rPr>
            </w:pPr>
            <w:r w:rsidRPr="00183750">
              <w:rPr>
                <w:sz w:val="18"/>
                <w:szCs w:val="18"/>
              </w:rPr>
              <w:t>新規取得の</w:t>
            </w:r>
            <w:r w:rsidRPr="00183750">
              <w:rPr>
                <w:sz w:val="18"/>
                <w:szCs w:val="18"/>
              </w:rPr>
              <w:br/>
              <w:t>該当者</w:t>
            </w:r>
          </w:p>
        </w:tc>
        <w:tc>
          <w:tcPr>
            <w:tcW w:w="147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0B4F8D36" w14:textId="77777777" w:rsidR="00E65B4D" w:rsidRPr="00183750" w:rsidRDefault="00000000">
            <w:pPr>
              <w:spacing w:after="0" w:line="228" w:lineRule="auto"/>
              <w:jc w:val="center"/>
              <w:rPr>
                <w:sz w:val="18"/>
                <w:szCs w:val="18"/>
              </w:rPr>
            </w:pPr>
            <w:r w:rsidRPr="00183750">
              <w:rPr>
                <w:sz w:val="18"/>
                <w:szCs w:val="18"/>
              </w:rPr>
              <w:t>1部</w:t>
            </w:r>
          </w:p>
        </w:tc>
      </w:tr>
      <w:tr w:rsidR="00E65B4D" w14:paraId="65770286" w14:textId="77777777">
        <w:trPr>
          <w:trHeight w:val="482"/>
          <w:jc w:val="center"/>
        </w:trPr>
        <w:tc>
          <w:tcPr>
            <w:tcW w:w="79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55F5EDE9" w14:textId="635A3FAC" w:rsidR="00E65B4D" w:rsidRPr="00183750" w:rsidRDefault="00A67F65">
            <w:pPr>
              <w:spacing w:after="0" w:line="228" w:lineRule="auto"/>
              <w:jc w:val="center"/>
              <w:rPr>
                <w:rFonts w:eastAsiaTheme="minorEastAsia" w:hint="eastAsia"/>
                <w:sz w:val="18"/>
                <w:szCs w:val="18"/>
                <w:lang w:eastAsia="ja-JP"/>
              </w:rPr>
            </w:pPr>
            <w:r w:rsidRPr="00183750">
              <w:rPr>
                <w:rFonts w:asciiTheme="minorEastAsia" w:eastAsiaTheme="minorEastAsia" w:hAnsiTheme="minorEastAsia" w:hint="eastAsia"/>
                <w:sz w:val="18"/>
                <w:szCs w:val="18"/>
                <w:lang w:eastAsia="ja-JP"/>
              </w:rPr>
              <w:t>□</w:t>
            </w:r>
          </w:p>
        </w:tc>
        <w:tc>
          <w:tcPr>
            <w:tcW w:w="635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56B4D8D6" w14:textId="77777777" w:rsidR="00E65B4D" w:rsidRPr="00183750" w:rsidRDefault="00000000">
            <w:pPr>
              <w:spacing w:after="0" w:line="228" w:lineRule="auto"/>
              <w:rPr>
                <w:sz w:val="18"/>
                <w:szCs w:val="18"/>
                <w:lang w:eastAsia="ja-JP"/>
              </w:rPr>
            </w:pPr>
            <w:r w:rsidRPr="00183750">
              <w:rPr>
                <w:sz w:val="18"/>
                <w:szCs w:val="18"/>
                <w:lang w:eastAsia="ja-JP"/>
              </w:rPr>
              <w:t>技能証明書（現在保有しているもの、または失効したもの）</w:t>
            </w:r>
          </w:p>
        </w:tc>
        <w:tc>
          <w:tcPr>
            <w:tcW w:w="158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72EF77BC" w14:textId="77777777" w:rsidR="00E65B4D" w:rsidRPr="00183750" w:rsidRDefault="00000000">
            <w:pPr>
              <w:spacing w:after="0" w:line="228" w:lineRule="auto"/>
              <w:jc w:val="center"/>
              <w:rPr>
                <w:sz w:val="18"/>
                <w:szCs w:val="18"/>
              </w:rPr>
            </w:pPr>
            <w:r w:rsidRPr="00183750">
              <w:rPr>
                <w:sz w:val="18"/>
                <w:szCs w:val="18"/>
              </w:rPr>
              <w:t>更新・失効</w:t>
            </w:r>
            <w:r w:rsidRPr="00183750">
              <w:rPr>
                <w:sz w:val="18"/>
                <w:szCs w:val="18"/>
              </w:rPr>
              <w:br/>
              <w:t>再交付</w:t>
            </w:r>
          </w:p>
        </w:tc>
        <w:tc>
          <w:tcPr>
            <w:tcW w:w="147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67D15A03" w14:textId="77777777" w:rsidR="00E65B4D" w:rsidRPr="00183750" w:rsidRDefault="00000000">
            <w:pPr>
              <w:spacing w:after="0" w:line="228" w:lineRule="auto"/>
              <w:jc w:val="center"/>
              <w:rPr>
                <w:sz w:val="18"/>
                <w:szCs w:val="18"/>
              </w:rPr>
            </w:pPr>
            <w:r w:rsidRPr="00183750">
              <w:rPr>
                <w:sz w:val="18"/>
                <w:szCs w:val="18"/>
              </w:rPr>
              <w:t>1部</w:t>
            </w:r>
          </w:p>
        </w:tc>
      </w:tr>
      <w:tr w:rsidR="00E65B4D" w14:paraId="76AD4AD9" w14:textId="77777777">
        <w:trPr>
          <w:trHeight w:val="482"/>
          <w:jc w:val="center"/>
        </w:trPr>
        <w:tc>
          <w:tcPr>
            <w:tcW w:w="79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21A8BBED" w14:textId="59C2DD78" w:rsidR="00E65B4D" w:rsidRPr="00183750" w:rsidRDefault="00A67F65">
            <w:pPr>
              <w:spacing w:after="0" w:line="228" w:lineRule="auto"/>
              <w:jc w:val="center"/>
              <w:rPr>
                <w:rFonts w:eastAsiaTheme="minorEastAsia" w:hint="eastAsia"/>
                <w:sz w:val="18"/>
                <w:szCs w:val="18"/>
                <w:lang w:eastAsia="ja-JP"/>
              </w:rPr>
            </w:pPr>
            <w:r w:rsidRPr="00183750">
              <w:rPr>
                <w:rFonts w:asciiTheme="minorEastAsia" w:eastAsiaTheme="minorEastAsia" w:hAnsiTheme="minorEastAsia" w:hint="eastAsia"/>
                <w:sz w:val="18"/>
                <w:szCs w:val="18"/>
                <w:lang w:eastAsia="ja-JP"/>
              </w:rPr>
              <w:t>□</w:t>
            </w:r>
          </w:p>
        </w:tc>
        <w:tc>
          <w:tcPr>
            <w:tcW w:w="635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613E467E" w14:textId="77777777" w:rsidR="00E65B4D" w:rsidRPr="00183750" w:rsidRDefault="00000000">
            <w:pPr>
              <w:spacing w:after="0" w:line="228" w:lineRule="auto"/>
              <w:rPr>
                <w:sz w:val="18"/>
                <w:szCs w:val="18"/>
                <w:lang w:eastAsia="ja-JP"/>
              </w:rPr>
            </w:pPr>
            <w:r w:rsidRPr="00183750">
              <w:rPr>
                <w:sz w:val="18"/>
                <w:szCs w:val="18"/>
                <w:lang w:eastAsia="ja-JP"/>
              </w:rPr>
              <w:t>本籍記載住民票の写し（6か月以内に作成されたもの）</w:t>
            </w:r>
          </w:p>
        </w:tc>
        <w:tc>
          <w:tcPr>
            <w:tcW w:w="158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2D232FFC" w14:textId="77777777" w:rsidR="00E65B4D" w:rsidRPr="00183750" w:rsidRDefault="00000000">
            <w:pPr>
              <w:spacing w:after="0" w:line="228" w:lineRule="auto"/>
              <w:jc w:val="center"/>
              <w:rPr>
                <w:sz w:val="18"/>
                <w:szCs w:val="18"/>
              </w:rPr>
            </w:pPr>
            <w:r w:rsidRPr="00183750">
              <w:rPr>
                <w:sz w:val="18"/>
                <w:szCs w:val="18"/>
              </w:rPr>
              <w:t>更新・失効</w:t>
            </w:r>
            <w:r w:rsidRPr="00183750">
              <w:rPr>
                <w:sz w:val="18"/>
                <w:szCs w:val="18"/>
              </w:rPr>
              <w:br/>
              <w:t>再交付</w:t>
            </w:r>
          </w:p>
        </w:tc>
        <w:tc>
          <w:tcPr>
            <w:tcW w:w="147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39F492B7" w14:textId="77777777" w:rsidR="00E65B4D" w:rsidRPr="00183750" w:rsidRDefault="00000000">
            <w:pPr>
              <w:spacing w:after="0" w:line="228" w:lineRule="auto"/>
              <w:jc w:val="center"/>
              <w:rPr>
                <w:sz w:val="18"/>
                <w:szCs w:val="18"/>
              </w:rPr>
            </w:pPr>
            <w:r w:rsidRPr="00183750">
              <w:rPr>
                <w:sz w:val="18"/>
                <w:szCs w:val="18"/>
              </w:rPr>
              <w:t>1通</w:t>
            </w:r>
          </w:p>
        </w:tc>
      </w:tr>
      <w:tr w:rsidR="00E65B4D" w14:paraId="38F12ED8" w14:textId="77777777">
        <w:trPr>
          <w:trHeight w:val="482"/>
          <w:jc w:val="center"/>
        </w:trPr>
        <w:tc>
          <w:tcPr>
            <w:tcW w:w="79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711D54E6" w14:textId="536FABD6" w:rsidR="00E65B4D" w:rsidRPr="00183750" w:rsidRDefault="00A67F65">
            <w:pPr>
              <w:spacing w:after="0" w:line="228" w:lineRule="auto"/>
              <w:jc w:val="center"/>
              <w:rPr>
                <w:rFonts w:eastAsiaTheme="minorEastAsia" w:hint="eastAsia"/>
                <w:sz w:val="18"/>
                <w:szCs w:val="18"/>
                <w:lang w:eastAsia="ja-JP"/>
              </w:rPr>
            </w:pPr>
            <w:r w:rsidRPr="00183750">
              <w:rPr>
                <w:rFonts w:asciiTheme="minorEastAsia" w:eastAsiaTheme="minorEastAsia" w:hAnsiTheme="minorEastAsia" w:hint="eastAsia"/>
                <w:sz w:val="18"/>
                <w:szCs w:val="18"/>
                <w:lang w:eastAsia="ja-JP"/>
              </w:rPr>
              <w:t>□</w:t>
            </w:r>
          </w:p>
        </w:tc>
        <w:tc>
          <w:tcPr>
            <w:tcW w:w="635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0D4EF551" w14:textId="77777777" w:rsidR="00E65B4D" w:rsidRPr="00183750" w:rsidRDefault="00000000">
            <w:pPr>
              <w:spacing w:after="0" w:line="228" w:lineRule="auto"/>
              <w:rPr>
                <w:sz w:val="18"/>
                <w:szCs w:val="18"/>
                <w:lang w:eastAsia="ja-JP"/>
              </w:rPr>
            </w:pPr>
            <w:r w:rsidRPr="00183750">
              <w:rPr>
                <w:sz w:val="18"/>
                <w:szCs w:val="18"/>
                <w:lang w:eastAsia="ja-JP"/>
              </w:rPr>
              <w:t>写真（縦30mm×横24mm、裏面に氏名・生年月日）</w:t>
            </w:r>
          </w:p>
        </w:tc>
        <w:tc>
          <w:tcPr>
            <w:tcW w:w="158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2925DE59" w14:textId="77777777" w:rsidR="00E65B4D" w:rsidRPr="00183750" w:rsidRDefault="00000000">
            <w:pPr>
              <w:spacing w:after="0" w:line="228" w:lineRule="auto"/>
              <w:jc w:val="center"/>
              <w:rPr>
                <w:sz w:val="18"/>
                <w:szCs w:val="18"/>
              </w:rPr>
            </w:pPr>
            <w:r w:rsidRPr="00183750">
              <w:rPr>
                <w:sz w:val="18"/>
                <w:szCs w:val="18"/>
              </w:rPr>
              <w:t>更新・失効</w:t>
            </w:r>
            <w:r w:rsidRPr="00183750">
              <w:rPr>
                <w:sz w:val="18"/>
                <w:szCs w:val="18"/>
              </w:rPr>
              <w:br/>
              <w:t>再交付</w:t>
            </w:r>
          </w:p>
        </w:tc>
        <w:tc>
          <w:tcPr>
            <w:tcW w:w="147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2CCFBF78" w14:textId="77777777" w:rsidR="00E65B4D" w:rsidRPr="00183750" w:rsidRDefault="00000000">
            <w:pPr>
              <w:spacing w:after="0" w:line="228" w:lineRule="auto"/>
              <w:jc w:val="center"/>
              <w:rPr>
                <w:sz w:val="18"/>
                <w:szCs w:val="18"/>
              </w:rPr>
            </w:pPr>
            <w:r w:rsidRPr="00183750">
              <w:rPr>
                <w:sz w:val="18"/>
                <w:szCs w:val="18"/>
              </w:rPr>
              <w:t>1葉</w:t>
            </w:r>
          </w:p>
        </w:tc>
      </w:tr>
      <w:tr w:rsidR="00E65B4D" w14:paraId="116F43D2" w14:textId="77777777">
        <w:trPr>
          <w:trHeight w:val="482"/>
          <w:jc w:val="center"/>
        </w:trPr>
        <w:tc>
          <w:tcPr>
            <w:tcW w:w="79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179EDC8D" w14:textId="2CFD6269" w:rsidR="00E65B4D" w:rsidRPr="00183750" w:rsidRDefault="00A67F65">
            <w:pPr>
              <w:spacing w:after="0" w:line="228" w:lineRule="auto"/>
              <w:jc w:val="center"/>
              <w:rPr>
                <w:rFonts w:eastAsiaTheme="minorEastAsia" w:hint="eastAsia"/>
                <w:sz w:val="18"/>
                <w:szCs w:val="18"/>
                <w:lang w:eastAsia="ja-JP"/>
              </w:rPr>
            </w:pPr>
            <w:r w:rsidRPr="00183750">
              <w:rPr>
                <w:rFonts w:asciiTheme="minorEastAsia" w:eastAsiaTheme="minorEastAsia" w:hAnsiTheme="minorEastAsia" w:hint="eastAsia"/>
                <w:sz w:val="18"/>
                <w:szCs w:val="18"/>
                <w:lang w:eastAsia="ja-JP"/>
              </w:rPr>
              <w:t>□</w:t>
            </w:r>
          </w:p>
        </w:tc>
        <w:tc>
          <w:tcPr>
            <w:tcW w:w="635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447FDD05" w14:textId="77777777" w:rsidR="00E65B4D" w:rsidRPr="00183750" w:rsidRDefault="00000000">
            <w:pPr>
              <w:spacing w:after="0" w:line="228" w:lineRule="auto"/>
              <w:rPr>
                <w:sz w:val="18"/>
                <w:szCs w:val="18"/>
                <w:lang w:eastAsia="ja-JP"/>
              </w:rPr>
            </w:pPr>
            <w:r w:rsidRPr="00183750">
              <w:rPr>
                <w:sz w:val="18"/>
                <w:szCs w:val="18"/>
                <w:lang w:eastAsia="ja-JP"/>
              </w:rPr>
              <w:t>通知メールの写し</w:t>
            </w:r>
            <w:r w:rsidRPr="00183750">
              <w:rPr>
                <w:sz w:val="16"/>
                <w:szCs w:val="16"/>
                <w:lang w:eastAsia="ja-JP"/>
              </w:rPr>
              <w:t>（更新可能期間・受講が必要な講習種別を確認できるもの）</w:t>
            </w:r>
          </w:p>
        </w:tc>
        <w:tc>
          <w:tcPr>
            <w:tcW w:w="158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784EF3D0" w14:textId="77777777" w:rsidR="00E65B4D" w:rsidRPr="00183750" w:rsidRDefault="00000000">
            <w:pPr>
              <w:spacing w:after="0" w:line="228" w:lineRule="auto"/>
              <w:jc w:val="center"/>
              <w:rPr>
                <w:sz w:val="18"/>
                <w:szCs w:val="18"/>
              </w:rPr>
            </w:pPr>
            <w:r w:rsidRPr="00183750">
              <w:rPr>
                <w:sz w:val="18"/>
                <w:szCs w:val="18"/>
              </w:rPr>
              <w:t>更新・失効</w:t>
            </w:r>
            <w:r w:rsidRPr="00183750">
              <w:rPr>
                <w:sz w:val="18"/>
                <w:szCs w:val="18"/>
              </w:rPr>
              <w:br/>
              <w:t>再交付</w:t>
            </w:r>
          </w:p>
        </w:tc>
        <w:tc>
          <w:tcPr>
            <w:tcW w:w="147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07EC5B17" w14:textId="77777777" w:rsidR="00E65B4D" w:rsidRPr="00183750" w:rsidRDefault="00000000">
            <w:pPr>
              <w:spacing w:after="0" w:line="228" w:lineRule="auto"/>
              <w:jc w:val="center"/>
              <w:rPr>
                <w:sz w:val="18"/>
                <w:szCs w:val="18"/>
              </w:rPr>
            </w:pPr>
            <w:r w:rsidRPr="00183750">
              <w:rPr>
                <w:sz w:val="18"/>
                <w:szCs w:val="18"/>
              </w:rPr>
              <w:t>1通</w:t>
            </w:r>
          </w:p>
        </w:tc>
      </w:tr>
      <w:tr w:rsidR="00E65B4D" w14:paraId="280CF960" w14:textId="77777777">
        <w:trPr>
          <w:trHeight w:val="482"/>
          <w:jc w:val="center"/>
        </w:trPr>
        <w:tc>
          <w:tcPr>
            <w:tcW w:w="79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7489872F" w14:textId="129C4F52" w:rsidR="00E65B4D" w:rsidRPr="00183750" w:rsidRDefault="00A67F65">
            <w:pPr>
              <w:spacing w:after="0" w:line="228" w:lineRule="auto"/>
              <w:jc w:val="center"/>
              <w:rPr>
                <w:rFonts w:eastAsiaTheme="minorEastAsia" w:hint="eastAsia"/>
                <w:sz w:val="18"/>
                <w:szCs w:val="18"/>
                <w:lang w:eastAsia="ja-JP"/>
              </w:rPr>
            </w:pPr>
            <w:r w:rsidRPr="00183750">
              <w:rPr>
                <w:rFonts w:asciiTheme="minorEastAsia" w:eastAsiaTheme="minorEastAsia" w:hAnsiTheme="minorEastAsia" w:hint="eastAsia"/>
                <w:sz w:val="18"/>
                <w:szCs w:val="18"/>
                <w:lang w:eastAsia="ja-JP"/>
              </w:rPr>
              <w:t>□</w:t>
            </w:r>
          </w:p>
        </w:tc>
        <w:tc>
          <w:tcPr>
            <w:tcW w:w="635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5B14033E" w14:textId="77777777" w:rsidR="00E65B4D" w:rsidRPr="00183750" w:rsidRDefault="00000000">
            <w:pPr>
              <w:spacing w:after="0" w:line="228" w:lineRule="auto"/>
              <w:rPr>
                <w:sz w:val="18"/>
                <w:szCs w:val="18"/>
                <w:lang w:eastAsia="ja-JP"/>
              </w:rPr>
            </w:pPr>
            <w:r w:rsidRPr="00183750">
              <w:rPr>
                <w:sz w:val="18"/>
                <w:szCs w:val="18"/>
                <w:lang w:eastAsia="ja-JP"/>
              </w:rPr>
              <w:t>期間前受講の確認書類：海外滞在等を証する書類（該当する場合のみ）</w:t>
            </w:r>
          </w:p>
        </w:tc>
        <w:tc>
          <w:tcPr>
            <w:tcW w:w="158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29CD5464" w14:textId="77777777" w:rsidR="00E65B4D" w:rsidRPr="00183750" w:rsidRDefault="00000000">
            <w:pPr>
              <w:spacing w:after="0" w:line="228" w:lineRule="auto"/>
              <w:jc w:val="center"/>
              <w:rPr>
                <w:sz w:val="18"/>
                <w:szCs w:val="18"/>
              </w:rPr>
            </w:pPr>
            <w:r w:rsidRPr="00183750">
              <w:rPr>
                <w:sz w:val="18"/>
                <w:szCs w:val="18"/>
              </w:rPr>
              <w:t>該当者</w:t>
            </w:r>
          </w:p>
        </w:tc>
        <w:tc>
          <w:tcPr>
            <w:tcW w:w="147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452B4543" w14:textId="77777777" w:rsidR="00E65B4D" w:rsidRPr="00183750" w:rsidRDefault="00000000">
            <w:pPr>
              <w:spacing w:after="0" w:line="228" w:lineRule="auto"/>
              <w:jc w:val="center"/>
              <w:rPr>
                <w:sz w:val="18"/>
                <w:szCs w:val="18"/>
              </w:rPr>
            </w:pPr>
            <w:r w:rsidRPr="00183750">
              <w:rPr>
                <w:sz w:val="18"/>
                <w:szCs w:val="18"/>
              </w:rPr>
              <w:t>1部</w:t>
            </w:r>
          </w:p>
        </w:tc>
      </w:tr>
    </w:tbl>
    <w:p w14:paraId="1EE819CE" w14:textId="77777777" w:rsidR="00A67F65" w:rsidRDefault="00A67F65">
      <w:pPr>
        <w:spacing w:after="0" w:line="240" w:lineRule="auto"/>
        <w:rPr>
          <w:rFonts w:eastAsiaTheme="minorEastAsia"/>
          <w:sz w:val="14"/>
          <w:lang w:eastAsia="ja-JP"/>
        </w:rPr>
      </w:pPr>
    </w:p>
    <w:p w14:paraId="14C7B025" w14:textId="119BBE81" w:rsidR="00E65B4D" w:rsidRPr="00A67F65" w:rsidRDefault="00000000">
      <w:pPr>
        <w:spacing w:after="0" w:line="240" w:lineRule="auto"/>
        <w:rPr>
          <w:sz w:val="18"/>
          <w:szCs w:val="18"/>
          <w:lang w:eastAsia="ja-JP"/>
        </w:rPr>
      </w:pPr>
      <w:r w:rsidRPr="00A67F65">
        <w:rPr>
          <w:sz w:val="18"/>
          <w:szCs w:val="18"/>
          <w:lang w:eastAsia="ja-JP"/>
        </w:rPr>
        <w:t>【受講資格・受講者確認】以下を確認のうえ、チェックしてください。天候・機材・会場状況により、実技講習の日程を変更する場合があります。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958"/>
        <w:gridCol w:w="1247"/>
      </w:tblGrid>
      <w:tr w:rsidR="00E65B4D" w14:paraId="097D17EB" w14:textId="77777777">
        <w:trPr>
          <w:trHeight w:val="238"/>
          <w:jc w:val="center"/>
        </w:trPr>
        <w:tc>
          <w:tcPr>
            <w:tcW w:w="895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4BBD2DDE" w14:textId="026DCAE8" w:rsidR="00E65B4D" w:rsidRPr="00183750" w:rsidRDefault="00A67F65">
            <w:pPr>
              <w:spacing w:after="0" w:line="228" w:lineRule="auto"/>
              <w:rPr>
                <w:sz w:val="16"/>
                <w:szCs w:val="16"/>
                <w:lang w:eastAsia="ja-JP"/>
              </w:rPr>
            </w:pPr>
            <w:r w:rsidRPr="00183750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・</w:t>
            </w:r>
            <w:r w:rsidR="00000000" w:rsidRPr="00183750">
              <w:rPr>
                <w:sz w:val="16"/>
                <w:szCs w:val="16"/>
                <w:lang w:eastAsia="ja-JP"/>
              </w:rPr>
              <w:t>新規取得講習の場合、標準シラバス終了時点で満16歳以上であることを確認しました。</w:t>
            </w:r>
          </w:p>
        </w:tc>
        <w:tc>
          <w:tcPr>
            <w:tcW w:w="124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339580DB" w14:textId="5EB70004" w:rsidR="00E65B4D" w:rsidRPr="00A67F65" w:rsidRDefault="00A67F65">
            <w:pPr>
              <w:spacing w:after="0" w:line="228" w:lineRule="auto"/>
              <w:jc w:val="center"/>
              <w:rPr>
                <w:rFonts w:eastAsiaTheme="minorEastAsia" w:hint="eastAsia"/>
                <w:lang w:eastAsia="ja-JP"/>
              </w:rPr>
            </w:pPr>
            <w:r>
              <w:rPr>
                <w:rFonts w:asciiTheme="minorEastAsia" w:eastAsiaTheme="minorEastAsia" w:hAnsiTheme="minorEastAsia" w:cs="Courier New" w:hint="eastAsia"/>
                <w:b/>
                <w:sz w:val="15"/>
                <w:lang w:eastAsia="ja-JP"/>
              </w:rPr>
              <w:t>□</w:t>
            </w:r>
          </w:p>
        </w:tc>
      </w:tr>
      <w:tr w:rsidR="00E65B4D" w14:paraId="03174FE1" w14:textId="77777777">
        <w:trPr>
          <w:trHeight w:val="238"/>
          <w:jc w:val="center"/>
        </w:trPr>
        <w:tc>
          <w:tcPr>
            <w:tcW w:w="895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1F0B5B5B" w14:textId="0B8F9A92" w:rsidR="00E65B4D" w:rsidRPr="00183750" w:rsidRDefault="00A67F65">
            <w:pPr>
              <w:spacing w:after="0" w:line="228" w:lineRule="auto"/>
              <w:rPr>
                <w:sz w:val="16"/>
                <w:szCs w:val="16"/>
                <w:lang w:eastAsia="ja-JP"/>
              </w:rPr>
            </w:pPr>
            <w:r w:rsidRPr="00183750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・</w:t>
            </w:r>
            <w:r w:rsidR="00000000" w:rsidRPr="00183750">
              <w:rPr>
                <w:sz w:val="16"/>
                <w:szCs w:val="16"/>
                <w:lang w:eastAsia="ja-JP"/>
              </w:rPr>
              <w:t>更新講習の場合、有効期間満了日前9か月以内等の受講可能期間であることを確認しました。</w:t>
            </w:r>
          </w:p>
        </w:tc>
        <w:tc>
          <w:tcPr>
            <w:tcW w:w="124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11BC6264" w14:textId="0E2ACCA7" w:rsidR="00E65B4D" w:rsidRPr="00A67F65" w:rsidRDefault="00A67F65">
            <w:pPr>
              <w:spacing w:after="0" w:line="228" w:lineRule="auto"/>
              <w:jc w:val="center"/>
              <w:rPr>
                <w:rFonts w:eastAsiaTheme="minorEastAsia" w:hint="eastAsia"/>
                <w:lang w:eastAsia="ja-JP"/>
              </w:rPr>
            </w:pPr>
            <w:r>
              <w:rPr>
                <w:rFonts w:asciiTheme="minorEastAsia" w:eastAsiaTheme="minorEastAsia" w:hAnsiTheme="minorEastAsia" w:cs="Courier New" w:hint="eastAsia"/>
                <w:b/>
                <w:sz w:val="15"/>
                <w:lang w:eastAsia="ja-JP"/>
              </w:rPr>
              <w:t>□</w:t>
            </w:r>
          </w:p>
        </w:tc>
      </w:tr>
      <w:tr w:rsidR="00E65B4D" w14:paraId="1F3A140E" w14:textId="77777777">
        <w:trPr>
          <w:trHeight w:val="238"/>
          <w:jc w:val="center"/>
        </w:trPr>
        <w:tc>
          <w:tcPr>
            <w:tcW w:w="895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30600B09" w14:textId="64AEBB5E" w:rsidR="00E65B4D" w:rsidRPr="00183750" w:rsidRDefault="00A67F65">
            <w:pPr>
              <w:spacing w:after="0" w:line="228" w:lineRule="auto"/>
              <w:rPr>
                <w:sz w:val="16"/>
                <w:szCs w:val="16"/>
                <w:lang w:eastAsia="ja-JP"/>
              </w:rPr>
            </w:pPr>
            <w:r w:rsidRPr="00183750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・</w:t>
            </w:r>
            <w:r w:rsidR="00000000" w:rsidRPr="00183750">
              <w:rPr>
                <w:sz w:val="16"/>
                <w:szCs w:val="16"/>
                <w:lang w:eastAsia="ja-JP"/>
              </w:rPr>
              <w:t>失効再交付講習の場合、再交付申請予定日前3か月以内等の受講可能期間であることを確認しました。</w:t>
            </w:r>
          </w:p>
        </w:tc>
        <w:tc>
          <w:tcPr>
            <w:tcW w:w="124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6F9416C2" w14:textId="4EA3E236" w:rsidR="00E65B4D" w:rsidRPr="00A67F65" w:rsidRDefault="00A67F65">
            <w:pPr>
              <w:spacing w:after="0" w:line="228" w:lineRule="auto"/>
              <w:jc w:val="center"/>
              <w:rPr>
                <w:rFonts w:eastAsiaTheme="minorEastAsia" w:hint="eastAsia"/>
                <w:lang w:eastAsia="ja-JP"/>
              </w:rPr>
            </w:pPr>
            <w:r>
              <w:rPr>
                <w:rFonts w:asciiTheme="minorEastAsia" w:eastAsiaTheme="minorEastAsia" w:hAnsiTheme="minorEastAsia" w:cs="Courier New" w:hint="eastAsia"/>
                <w:b/>
                <w:sz w:val="15"/>
                <w:lang w:eastAsia="ja-JP"/>
              </w:rPr>
              <w:t>□</w:t>
            </w:r>
          </w:p>
        </w:tc>
      </w:tr>
      <w:tr w:rsidR="00E65B4D" w14:paraId="4B2B981F" w14:textId="77777777">
        <w:trPr>
          <w:trHeight w:val="238"/>
          <w:jc w:val="center"/>
        </w:trPr>
        <w:tc>
          <w:tcPr>
            <w:tcW w:w="895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12200F11" w14:textId="1A6D6A85" w:rsidR="00E65B4D" w:rsidRPr="00183750" w:rsidRDefault="00A67F65">
            <w:pPr>
              <w:spacing w:after="0" w:line="228" w:lineRule="auto"/>
              <w:rPr>
                <w:sz w:val="16"/>
                <w:szCs w:val="16"/>
                <w:lang w:eastAsia="ja-JP"/>
              </w:rPr>
            </w:pPr>
            <w:r w:rsidRPr="00183750">
              <w:rPr>
                <w:rFonts w:ascii="ＭＳ 明朝" w:eastAsia="ＭＳ 明朝" w:hAnsi="ＭＳ 明朝" w:cs="ＭＳ 明朝" w:hint="eastAsia"/>
                <w:sz w:val="16"/>
                <w:szCs w:val="16"/>
                <w:lang w:eastAsia="ja-JP"/>
              </w:rPr>
              <w:t>・</w:t>
            </w:r>
            <w:r w:rsidR="00000000" w:rsidRPr="00183750">
              <w:rPr>
                <w:sz w:val="16"/>
                <w:szCs w:val="16"/>
                <w:lang w:eastAsia="ja-JP"/>
              </w:rPr>
              <w:t>身体検査基準に適合し、欠格事由に該当しないことを確認しました。</w:t>
            </w:r>
          </w:p>
        </w:tc>
        <w:tc>
          <w:tcPr>
            <w:tcW w:w="124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72EEB891" w14:textId="454FD1D4" w:rsidR="00E65B4D" w:rsidRPr="00A67F65" w:rsidRDefault="00A67F65">
            <w:pPr>
              <w:spacing w:after="0" w:line="228" w:lineRule="auto"/>
              <w:jc w:val="center"/>
              <w:rPr>
                <w:rFonts w:eastAsiaTheme="minorEastAsia" w:hint="eastAsia"/>
                <w:lang w:eastAsia="ja-JP"/>
              </w:rPr>
            </w:pPr>
            <w:r>
              <w:rPr>
                <w:rFonts w:asciiTheme="minorEastAsia" w:eastAsiaTheme="minorEastAsia" w:hAnsiTheme="minorEastAsia" w:cs="Courier New" w:hint="eastAsia"/>
                <w:b/>
                <w:sz w:val="15"/>
                <w:lang w:eastAsia="ja-JP"/>
              </w:rPr>
              <w:t>□</w:t>
            </w:r>
          </w:p>
        </w:tc>
      </w:tr>
      <w:tr w:rsidR="00E65B4D" w14:paraId="495E3A14" w14:textId="77777777">
        <w:trPr>
          <w:trHeight w:val="238"/>
          <w:jc w:val="center"/>
        </w:trPr>
        <w:tc>
          <w:tcPr>
            <w:tcW w:w="895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6277CA6E" w14:textId="040B07FB" w:rsidR="00E65B4D" w:rsidRPr="00183750" w:rsidRDefault="00A67F65">
            <w:pPr>
              <w:spacing w:after="0" w:line="228" w:lineRule="auto"/>
              <w:rPr>
                <w:sz w:val="16"/>
                <w:szCs w:val="16"/>
                <w:lang w:eastAsia="ja-JP"/>
              </w:rPr>
            </w:pPr>
            <w:r w:rsidRPr="00183750">
              <w:rPr>
                <w:rFonts w:ascii="ＭＳ 明朝" w:eastAsia="ＭＳ 明朝" w:hAnsi="ＭＳ 明朝" w:cs="ＭＳ 明朝" w:hint="eastAsia"/>
                <w:sz w:val="16"/>
                <w:szCs w:val="16"/>
                <w:lang w:eastAsia="ja-JP"/>
              </w:rPr>
              <w:t>・</w:t>
            </w:r>
            <w:r w:rsidR="00000000" w:rsidRPr="00183750">
              <w:rPr>
                <w:sz w:val="16"/>
                <w:szCs w:val="16"/>
                <w:lang w:eastAsia="ja-JP"/>
              </w:rPr>
              <w:t>講習内容・料金・キャンセル規定について説明を受けました。</w:t>
            </w:r>
          </w:p>
        </w:tc>
        <w:tc>
          <w:tcPr>
            <w:tcW w:w="124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289DD0C1" w14:textId="4E6B3846" w:rsidR="00E65B4D" w:rsidRPr="00A67F65" w:rsidRDefault="00A67F65">
            <w:pPr>
              <w:spacing w:after="0" w:line="228" w:lineRule="auto"/>
              <w:jc w:val="center"/>
              <w:rPr>
                <w:rFonts w:eastAsiaTheme="minorEastAsia" w:hint="eastAsia"/>
                <w:lang w:eastAsia="ja-JP"/>
              </w:rPr>
            </w:pPr>
            <w:r>
              <w:rPr>
                <w:rFonts w:asciiTheme="minorEastAsia" w:eastAsiaTheme="minorEastAsia" w:hAnsiTheme="minorEastAsia" w:cs="Courier New" w:hint="eastAsia"/>
                <w:b/>
                <w:sz w:val="15"/>
                <w:lang w:eastAsia="ja-JP"/>
              </w:rPr>
              <w:t>□</w:t>
            </w:r>
          </w:p>
        </w:tc>
      </w:tr>
      <w:tr w:rsidR="00E65B4D" w14:paraId="7562FDEF" w14:textId="77777777">
        <w:trPr>
          <w:trHeight w:val="238"/>
          <w:jc w:val="center"/>
        </w:trPr>
        <w:tc>
          <w:tcPr>
            <w:tcW w:w="895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3EE6F36C" w14:textId="3D29FEF4" w:rsidR="00E65B4D" w:rsidRPr="00183750" w:rsidRDefault="00A67F65">
            <w:pPr>
              <w:spacing w:after="0" w:line="228" w:lineRule="auto"/>
              <w:rPr>
                <w:sz w:val="16"/>
                <w:szCs w:val="16"/>
                <w:lang w:eastAsia="ja-JP"/>
              </w:rPr>
            </w:pPr>
            <w:r w:rsidRPr="00183750">
              <w:rPr>
                <w:rFonts w:ascii="ＭＳ 明朝" w:eastAsia="ＭＳ 明朝" w:hAnsi="ＭＳ 明朝" w:cs="ＭＳ 明朝" w:hint="eastAsia"/>
                <w:sz w:val="16"/>
                <w:szCs w:val="16"/>
                <w:lang w:eastAsia="ja-JP"/>
              </w:rPr>
              <w:t>・</w:t>
            </w:r>
            <w:r w:rsidR="00000000" w:rsidRPr="00183750">
              <w:rPr>
                <w:sz w:val="16"/>
                <w:szCs w:val="16"/>
                <w:lang w:eastAsia="ja-JP"/>
              </w:rPr>
              <w:t>必要書類に不足がある場合、受講開始または修了手続きに影響することを確認しました。</w:t>
            </w:r>
          </w:p>
        </w:tc>
        <w:tc>
          <w:tcPr>
            <w:tcW w:w="124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3D154E20" w14:textId="2E581D87" w:rsidR="00E65B4D" w:rsidRPr="00A67F65" w:rsidRDefault="00A67F65">
            <w:pPr>
              <w:spacing w:after="0" w:line="228" w:lineRule="auto"/>
              <w:jc w:val="center"/>
              <w:rPr>
                <w:rFonts w:eastAsiaTheme="minorEastAsia" w:hint="eastAsia"/>
                <w:lang w:eastAsia="ja-JP"/>
              </w:rPr>
            </w:pPr>
            <w:r>
              <w:rPr>
                <w:rFonts w:asciiTheme="minorEastAsia" w:eastAsiaTheme="minorEastAsia" w:hAnsiTheme="minorEastAsia" w:cs="Courier New" w:hint="eastAsia"/>
                <w:b/>
                <w:sz w:val="15"/>
                <w:lang w:eastAsia="ja-JP"/>
              </w:rPr>
              <w:t>□</w:t>
            </w:r>
          </w:p>
        </w:tc>
      </w:tr>
      <w:tr w:rsidR="00E65B4D" w14:paraId="397F5390" w14:textId="77777777">
        <w:trPr>
          <w:trHeight w:val="238"/>
          <w:jc w:val="center"/>
        </w:trPr>
        <w:tc>
          <w:tcPr>
            <w:tcW w:w="895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71B4B1A2" w14:textId="44C2EC61" w:rsidR="00E65B4D" w:rsidRPr="00183750" w:rsidRDefault="00A67F65">
            <w:pPr>
              <w:spacing w:after="0" w:line="228" w:lineRule="auto"/>
              <w:rPr>
                <w:sz w:val="16"/>
                <w:szCs w:val="16"/>
                <w:lang w:eastAsia="ja-JP"/>
              </w:rPr>
            </w:pPr>
            <w:r w:rsidRPr="00183750">
              <w:rPr>
                <w:rFonts w:ascii="ＭＳ 明朝" w:eastAsia="ＭＳ 明朝" w:hAnsi="ＭＳ 明朝" w:cs="ＭＳ 明朝" w:hint="eastAsia"/>
                <w:sz w:val="16"/>
                <w:szCs w:val="16"/>
                <w:lang w:eastAsia="ja-JP"/>
              </w:rPr>
              <w:t>・</w:t>
            </w:r>
            <w:r w:rsidR="00000000" w:rsidRPr="00183750">
              <w:rPr>
                <w:sz w:val="16"/>
                <w:szCs w:val="16"/>
                <w:lang w:eastAsia="ja-JP"/>
              </w:rPr>
              <w:t>個人情報の利用目的を確認し、申込手続きに利用することに同意します。</w:t>
            </w:r>
          </w:p>
        </w:tc>
        <w:tc>
          <w:tcPr>
            <w:tcW w:w="124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3C0F7EC6" w14:textId="08B68E6E" w:rsidR="00E65B4D" w:rsidRPr="00A67F65" w:rsidRDefault="00A67F65">
            <w:pPr>
              <w:spacing w:after="0" w:line="228" w:lineRule="auto"/>
              <w:jc w:val="center"/>
              <w:rPr>
                <w:rFonts w:eastAsiaTheme="minorEastAsia" w:hint="eastAsia"/>
                <w:lang w:eastAsia="ja-JP"/>
              </w:rPr>
            </w:pPr>
            <w:r>
              <w:rPr>
                <w:rFonts w:asciiTheme="minorEastAsia" w:eastAsiaTheme="minorEastAsia" w:hAnsiTheme="minorEastAsia" w:cs="Courier New" w:hint="eastAsia"/>
                <w:b/>
                <w:sz w:val="15"/>
                <w:lang w:eastAsia="ja-JP"/>
              </w:rPr>
              <w:t>□</w:t>
            </w:r>
          </w:p>
        </w:tc>
      </w:tr>
    </w:tbl>
    <w:p w14:paraId="602EBBA6" w14:textId="77777777" w:rsidR="00A67F65" w:rsidRDefault="00A67F65">
      <w:pPr>
        <w:spacing w:after="0" w:line="240" w:lineRule="auto"/>
        <w:rPr>
          <w:rFonts w:eastAsiaTheme="minorEastAsia"/>
          <w:sz w:val="18"/>
          <w:szCs w:val="18"/>
          <w:lang w:eastAsia="ja-JP"/>
        </w:rPr>
      </w:pPr>
    </w:p>
    <w:p w14:paraId="64B588C9" w14:textId="59AD15EB" w:rsidR="00E65B4D" w:rsidRPr="00A67F65" w:rsidRDefault="00000000">
      <w:pPr>
        <w:spacing w:after="0" w:line="240" w:lineRule="auto"/>
        <w:rPr>
          <w:sz w:val="18"/>
          <w:szCs w:val="18"/>
          <w:lang w:eastAsia="ja-JP"/>
        </w:rPr>
      </w:pPr>
      <w:r w:rsidRPr="00A67F65">
        <w:rPr>
          <w:sz w:val="18"/>
          <w:szCs w:val="18"/>
          <w:lang w:eastAsia="ja-JP"/>
        </w:rPr>
        <w:t>個人情報の取扱い：ご記入いただいた情報は、講習申込受付、本人確認、受講管理、修了審査、登録講習機関として必要な事務手続き、国土交通省関連手続き確認のために利用します。法令に基づく場合を除き、本人の同意なく第三者へ提供しません。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4649"/>
        <w:gridCol w:w="1474"/>
        <w:gridCol w:w="2381"/>
      </w:tblGrid>
      <w:tr w:rsidR="00E65B4D" w14:paraId="109B6E6C" w14:textId="77777777">
        <w:trPr>
          <w:trHeight w:val="408"/>
          <w:jc w:val="center"/>
        </w:trPr>
        <w:tc>
          <w:tcPr>
            <w:tcW w:w="170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234D802E" w14:textId="77777777" w:rsidR="00E65B4D" w:rsidRDefault="00000000">
            <w:pPr>
              <w:spacing w:after="0" w:line="228" w:lineRule="auto"/>
            </w:pPr>
            <w:r>
              <w:rPr>
                <w:b/>
                <w:sz w:val="18"/>
              </w:rPr>
              <w:t>申込者署名</w:t>
            </w:r>
          </w:p>
        </w:tc>
        <w:tc>
          <w:tcPr>
            <w:tcW w:w="464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7F7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6F3B3388" w14:textId="77777777" w:rsidR="00E65B4D" w:rsidRDefault="00E65B4D">
            <w:pPr>
              <w:spacing w:after="0" w:line="228" w:lineRule="auto"/>
            </w:pPr>
          </w:p>
        </w:tc>
        <w:tc>
          <w:tcPr>
            <w:tcW w:w="147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4D34EBE8" w14:textId="77777777" w:rsidR="00E65B4D" w:rsidRDefault="00000000">
            <w:pPr>
              <w:spacing w:after="0" w:line="228" w:lineRule="auto"/>
            </w:pPr>
            <w:r>
              <w:rPr>
                <w:b/>
                <w:sz w:val="18"/>
              </w:rPr>
              <w:t>記入日</w:t>
            </w:r>
          </w:p>
        </w:tc>
        <w:tc>
          <w:tcPr>
            <w:tcW w:w="238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7F7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024AF4BB" w14:textId="77777777" w:rsidR="00E65B4D" w:rsidRDefault="00000000">
            <w:pPr>
              <w:spacing w:after="0" w:line="228" w:lineRule="auto"/>
            </w:pPr>
            <w:r>
              <w:rPr>
                <w:sz w:val="18"/>
              </w:rPr>
              <w:t xml:space="preserve">　　　年　　　月　　　日</w:t>
            </w:r>
          </w:p>
        </w:tc>
      </w:tr>
    </w:tbl>
    <w:p w14:paraId="1F027580" w14:textId="77777777" w:rsidR="00A67F65" w:rsidRDefault="00A67F65">
      <w:pPr>
        <w:spacing w:after="0" w:line="240" w:lineRule="auto"/>
        <w:rPr>
          <w:rFonts w:eastAsiaTheme="minorEastAsia"/>
          <w:b/>
          <w:sz w:val="20"/>
          <w:lang w:eastAsia="ja-JP"/>
        </w:rPr>
      </w:pPr>
    </w:p>
    <w:p w14:paraId="35E7D976" w14:textId="1F88C59C" w:rsidR="00E65B4D" w:rsidRPr="005367B0" w:rsidRDefault="005367B0">
      <w:pPr>
        <w:spacing w:after="0" w:line="240" w:lineRule="auto"/>
        <w:rPr>
          <w:rFonts w:eastAsiaTheme="minorEastAsia" w:hint="eastAsia"/>
          <w:lang w:eastAsia="ja-JP"/>
        </w:rPr>
      </w:pPr>
      <w:r>
        <w:rPr>
          <w:rFonts w:ascii="ＭＳ 明朝" w:eastAsia="ＭＳ 明朝" w:hAnsi="ＭＳ 明朝" w:cs="ＭＳ 明朝" w:hint="eastAsia"/>
          <w:b/>
          <w:sz w:val="20"/>
          <w:lang w:eastAsia="ja-JP"/>
        </w:rPr>
        <w:t>スクール記入欄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57"/>
        <w:gridCol w:w="3345"/>
        <w:gridCol w:w="1757"/>
        <w:gridCol w:w="3345"/>
      </w:tblGrid>
      <w:tr w:rsidR="00E65B4D" w14:paraId="50BA20D8" w14:textId="77777777">
        <w:trPr>
          <w:trHeight w:val="329"/>
          <w:jc w:val="center"/>
        </w:trPr>
        <w:tc>
          <w:tcPr>
            <w:tcW w:w="175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1A8E6580" w14:textId="77777777" w:rsidR="00E65B4D" w:rsidRDefault="00000000">
            <w:pPr>
              <w:spacing w:after="0" w:line="228" w:lineRule="auto"/>
            </w:pPr>
            <w:r>
              <w:rPr>
                <w:b/>
                <w:sz w:val="18"/>
              </w:rPr>
              <w:t>提出先</w:t>
            </w:r>
          </w:p>
        </w:tc>
        <w:tc>
          <w:tcPr>
            <w:tcW w:w="334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7F7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63D8ACF9" w14:textId="77777777" w:rsidR="00E65B4D" w:rsidRDefault="00E65B4D">
            <w:pPr>
              <w:spacing w:after="0" w:line="228" w:lineRule="auto"/>
            </w:pPr>
          </w:p>
        </w:tc>
        <w:tc>
          <w:tcPr>
            <w:tcW w:w="175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0A70C59F" w14:textId="77777777" w:rsidR="00E65B4D" w:rsidRDefault="00000000">
            <w:pPr>
              <w:spacing w:after="0" w:line="228" w:lineRule="auto"/>
            </w:pPr>
            <w:r>
              <w:rPr>
                <w:b/>
                <w:sz w:val="18"/>
              </w:rPr>
              <w:t>連絡先</w:t>
            </w:r>
          </w:p>
        </w:tc>
        <w:tc>
          <w:tcPr>
            <w:tcW w:w="334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7F7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235A0D3A" w14:textId="77777777" w:rsidR="00E65B4D" w:rsidRDefault="00E65B4D">
            <w:pPr>
              <w:spacing w:after="0" w:line="228" w:lineRule="auto"/>
            </w:pPr>
          </w:p>
        </w:tc>
      </w:tr>
      <w:tr w:rsidR="00E65B4D" w14:paraId="5A179F7F" w14:textId="77777777">
        <w:trPr>
          <w:trHeight w:val="329"/>
          <w:jc w:val="center"/>
        </w:trPr>
        <w:tc>
          <w:tcPr>
            <w:tcW w:w="175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0F8ACFD8" w14:textId="77777777" w:rsidR="00E65B4D" w:rsidRDefault="00000000">
            <w:pPr>
              <w:spacing w:after="0" w:line="228" w:lineRule="auto"/>
            </w:pPr>
            <w:r>
              <w:rPr>
                <w:b/>
                <w:sz w:val="18"/>
              </w:rPr>
              <w:t>受付時間</w:t>
            </w:r>
          </w:p>
        </w:tc>
        <w:tc>
          <w:tcPr>
            <w:tcW w:w="334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7F7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5B544EFC" w14:textId="77777777" w:rsidR="00E65B4D" w:rsidRDefault="00E65B4D">
            <w:pPr>
              <w:spacing w:after="0" w:line="228" w:lineRule="auto"/>
            </w:pPr>
          </w:p>
        </w:tc>
        <w:tc>
          <w:tcPr>
            <w:tcW w:w="175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4C66F841" w14:textId="77777777" w:rsidR="00E65B4D" w:rsidRDefault="00000000">
            <w:pPr>
              <w:spacing w:after="0" w:line="228" w:lineRule="auto"/>
            </w:pPr>
            <w:r>
              <w:rPr>
                <w:b/>
                <w:sz w:val="18"/>
              </w:rPr>
              <w:t>担当者</w:t>
            </w:r>
          </w:p>
        </w:tc>
        <w:tc>
          <w:tcPr>
            <w:tcW w:w="334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7F7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254EC63C" w14:textId="77777777" w:rsidR="00E65B4D" w:rsidRDefault="00E65B4D">
            <w:pPr>
              <w:spacing w:after="0" w:line="228" w:lineRule="auto"/>
            </w:pPr>
          </w:p>
        </w:tc>
      </w:tr>
      <w:tr w:rsidR="00E65B4D" w14:paraId="7EF8A507" w14:textId="77777777">
        <w:trPr>
          <w:trHeight w:val="329"/>
          <w:jc w:val="center"/>
        </w:trPr>
        <w:tc>
          <w:tcPr>
            <w:tcW w:w="175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574EB1B6" w14:textId="77777777" w:rsidR="00E65B4D" w:rsidRDefault="00000000">
            <w:pPr>
              <w:spacing w:after="0" w:line="228" w:lineRule="auto"/>
            </w:pPr>
            <w:r>
              <w:rPr>
                <w:b/>
                <w:sz w:val="18"/>
              </w:rPr>
              <w:t>備考</w:t>
            </w:r>
          </w:p>
        </w:tc>
        <w:tc>
          <w:tcPr>
            <w:tcW w:w="334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7F7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01048683" w14:textId="77777777" w:rsidR="00E65B4D" w:rsidRDefault="00E65B4D">
            <w:pPr>
              <w:spacing w:after="0" w:line="228" w:lineRule="auto"/>
            </w:pPr>
          </w:p>
        </w:tc>
        <w:tc>
          <w:tcPr>
            <w:tcW w:w="175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EDEDED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25A8F894" w14:textId="77777777" w:rsidR="00E65B4D" w:rsidRDefault="00E65B4D">
            <w:pPr>
              <w:spacing w:after="0" w:line="228" w:lineRule="auto"/>
            </w:pPr>
          </w:p>
        </w:tc>
        <w:tc>
          <w:tcPr>
            <w:tcW w:w="334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7F7"/>
            <w:tcMar>
              <w:top w:w="56" w:type="dxa"/>
              <w:left w:w="79" w:type="dxa"/>
              <w:bottom w:w="56" w:type="dxa"/>
              <w:right w:w="79" w:type="dxa"/>
            </w:tcMar>
            <w:vAlign w:val="center"/>
          </w:tcPr>
          <w:p w14:paraId="5E5506F4" w14:textId="77777777" w:rsidR="00E65B4D" w:rsidRDefault="00E65B4D">
            <w:pPr>
              <w:spacing w:after="0" w:line="228" w:lineRule="auto"/>
            </w:pPr>
          </w:p>
        </w:tc>
      </w:tr>
    </w:tbl>
    <w:p w14:paraId="08B72774" w14:textId="77777777" w:rsidR="00DA0D61" w:rsidRDefault="00DA0D61" w:rsidP="00A67F65">
      <w:pPr>
        <w:spacing w:after="0" w:line="240" w:lineRule="auto"/>
        <w:rPr>
          <w:rFonts w:eastAsiaTheme="minorEastAsia"/>
          <w:lang w:eastAsia="ja-JP"/>
        </w:rPr>
      </w:pPr>
    </w:p>
    <w:p w14:paraId="16A309BC" w14:textId="77777777" w:rsidR="00DA0D61" w:rsidRPr="00DA0D61" w:rsidRDefault="00DA0D61" w:rsidP="00A67F65">
      <w:pPr>
        <w:spacing w:after="0" w:line="240" w:lineRule="auto"/>
        <w:rPr>
          <w:rFonts w:eastAsiaTheme="minorEastAsia" w:hint="eastAsia"/>
          <w:lang w:eastAsia="ja-JP"/>
        </w:rPr>
      </w:pPr>
    </w:p>
    <w:sectPr w:rsidR="00DA0D61" w:rsidRPr="00DA0D61" w:rsidSect="00034616">
      <w:pgSz w:w="11906" w:h="16838"/>
      <w:pgMar w:top="510" w:right="737" w:bottom="397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oto Sans CJK JP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0748840">
    <w:abstractNumId w:val="8"/>
  </w:num>
  <w:num w:numId="2" w16cid:durableId="44792993">
    <w:abstractNumId w:val="6"/>
  </w:num>
  <w:num w:numId="3" w16cid:durableId="1682195144">
    <w:abstractNumId w:val="5"/>
  </w:num>
  <w:num w:numId="4" w16cid:durableId="397168588">
    <w:abstractNumId w:val="4"/>
  </w:num>
  <w:num w:numId="5" w16cid:durableId="1842161455">
    <w:abstractNumId w:val="7"/>
  </w:num>
  <w:num w:numId="6" w16cid:durableId="1624340813">
    <w:abstractNumId w:val="3"/>
  </w:num>
  <w:num w:numId="7" w16cid:durableId="768236829">
    <w:abstractNumId w:val="2"/>
  </w:num>
  <w:num w:numId="8" w16cid:durableId="1587419358">
    <w:abstractNumId w:val="1"/>
  </w:num>
  <w:num w:numId="9" w16cid:durableId="627854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FEF"/>
    <w:rsid w:val="000324DF"/>
    <w:rsid w:val="00034616"/>
    <w:rsid w:val="0006063C"/>
    <w:rsid w:val="0015074B"/>
    <w:rsid w:val="00183750"/>
    <w:rsid w:val="0029639D"/>
    <w:rsid w:val="00326F90"/>
    <w:rsid w:val="005367B0"/>
    <w:rsid w:val="00A67F65"/>
    <w:rsid w:val="00AA1D8D"/>
    <w:rsid w:val="00B47730"/>
    <w:rsid w:val="00C83B4A"/>
    <w:rsid w:val="00CB0664"/>
    <w:rsid w:val="00DA0D61"/>
    <w:rsid w:val="00E65B4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4EA564"/>
  <w14:defaultImageDpi w14:val="300"/>
  <w15:docId w15:val="{1202A277-37FF-47CB-A782-5011F2428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Noto Sans CJK JP" w:eastAsia="Noto Sans CJK JP" w:hAnsi="Noto Sans CJK JP"/>
      <w:sz w:val="17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938</Words>
  <Characters>949</Characters>
  <Application>Microsoft Office Word</Application>
  <DocSecurity>0</DocSecurity>
  <Lines>86</Lines>
  <Paragraphs>125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鹿又 アルサ</cp:lastModifiedBy>
  <cp:revision>5</cp:revision>
  <cp:lastPrinted>2026-06-03T08:40:00Z</cp:lastPrinted>
  <dcterms:created xsi:type="dcterms:W3CDTF">2026-06-03T08:26:00Z</dcterms:created>
  <dcterms:modified xsi:type="dcterms:W3CDTF">2026-06-03T08:44:00Z</dcterms:modified>
  <cp:category/>
</cp:coreProperties>
</file>