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65"/>
        <w:gridCol w:w="5255"/>
      </w:tblGrid>
      <w:tr w:rsidR="00212023" w14:paraId="2636BE7C" w14:textId="77777777" w:rsidTr="0057153C">
        <w:trPr>
          <w:trHeight w:val="1773"/>
          <w:jc w:val="center"/>
        </w:trPr>
        <w:tc>
          <w:tcPr>
            <w:tcW w:w="286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0C3F09" w14:textId="11C1CC78" w:rsidR="00212023" w:rsidRPr="0057153C" w:rsidRDefault="0057153C" w:rsidP="0057153C">
            <w:pPr>
              <w:spacing w:line="240" w:lineRule="auto"/>
              <w:rPr>
                <w:rFonts w:eastAsiaTheme="minorEastAsia" w:hint="eastAsia"/>
                <w:lang w:eastAsia="ja-JP"/>
              </w:rPr>
            </w:pPr>
            <w:r>
              <w:rPr>
                <w:rFonts w:eastAsiaTheme="minorEastAsia" w:hint="eastAsia"/>
                <w:noProof/>
                <w:lang w:eastAsia="ja-JP"/>
              </w:rPr>
              <w:drawing>
                <wp:inline distT="0" distB="0" distL="0" distR="0" wp14:anchorId="52CDE1B2" wp14:editId="6F261F2B">
                  <wp:extent cx="1747837" cy="998540"/>
                  <wp:effectExtent l="0" t="0" r="5080" b="0"/>
                  <wp:docPr id="67944331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443310" name="図 679443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315" cy="101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A2B13A" w14:textId="77777777" w:rsidR="0057153C" w:rsidRPr="0057153C" w:rsidRDefault="0057153C" w:rsidP="0057153C">
            <w:pPr>
              <w:spacing w:after="0" w:line="240" w:lineRule="auto"/>
              <w:rPr>
                <w:rFonts w:eastAsiaTheme="minorEastAsia" w:hint="eastAsia"/>
                <w:sz w:val="21"/>
                <w:szCs w:val="21"/>
                <w:lang w:eastAsia="ja-JP"/>
              </w:rPr>
            </w:pP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運営：</w:t>
            </w:r>
            <w:proofErr w:type="spellStart"/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DCmission</w:t>
            </w:r>
            <w:proofErr w:type="spellEnd"/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合同会社</w:t>
            </w:r>
          </w:p>
          <w:p w14:paraId="3075CA33" w14:textId="77777777" w:rsidR="0057153C" w:rsidRPr="0057153C" w:rsidRDefault="0057153C" w:rsidP="0057153C">
            <w:pPr>
              <w:spacing w:after="0" w:line="240" w:lineRule="auto"/>
              <w:rPr>
                <w:rFonts w:eastAsiaTheme="minorEastAsia" w:hint="eastAsia"/>
                <w:sz w:val="21"/>
                <w:szCs w:val="21"/>
                <w:lang w:eastAsia="ja-JP"/>
              </w:rPr>
            </w:pP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住所：〒</w:t>
            </w: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963-8041</w:t>
            </w:r>
          </w:p>
          <w:p w14:paraId="2EDB180F" w14:textId="31DACEFC" w:rsidR="00212023" w:rsidRPr="0057153C" w:rsidRDefault="0057153C" w:rsidP="0057153C">
            <w:pPr>
              <w:rPr>
                <w:rFonts w:eastAsiaTheme="minorEastAsia" w:hint="eastAsia"/>
                <w:lang w:eastAsia="ja-JP"/>
              </w:rPr>
            </w:pP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 xml:space="preserve">　　　福島県郡山市富田町上亀田</w:t>
            </w: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11</w:t>
            </w: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番地</w:t>
            </w: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 xml:space="preserve">55 </w:t>
            </w:r>
            <w:r w:rsidRPr="0057153C">
              <w:rPr>
                <w:rFonts w:eastAsiaTheme="minorEastAsia"/>
                <w:sz w:val="21"/>
                <w:szCs w:val="21"/>
                <w:lang w:eastAsia="ja-JP"/>
              </w:rPr>
              <w:br/>
            </w: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TEL</w:t>
            </w: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：</w:t>
            </w:r>
            <w:r w:rsidRPr="0057153C">
              <w:rPr>
                <w:rFonts w:eastAsiaTheme="minorEastAsia" w:hint="eastAsia"/>
                <w:sz w:val="21"/>
                <w:szCs w:val="21"/>
                <w:lang w:eastAsia="ja-JP"/>
              </w:rPr>
              <w:t>070-2439-0006</w:t>
            </w:r>
            <w:r w:rsidRPr="0057153C">
              <w:rPr>
                <w:rFonts w:eastAsiaTheme="minorEastAsia"/>
                <w:sz w:val="21"/>
                <w:szCs w:val="21"/>
                <w:lang w:eastAsia="ja-JP"/>
              </w:rPr>
              <w:br/>
            </w:r>
            <w:r w:rsidRPr="0057153C">
              <w:rPr>
                <w:rFonts w:eastAsiaTheme="minorEastAsia" w:hint="eastAsia"/>
                <w:szCs w:val="18"/>
                <w:lang w:eastAsia="ja-JP"/>
              </w:rPr>
              <w:t>受付時間：９：００～１７：３０</w:t>
            </w:r>
          </w:p>
        </w:tc>
      </w:tr>
    </w:tbl>
    <w:p w14:paraId="1D365605" w14:textId="18C100B0" w:rsidR="00212023" w:rsidRDefault="00000000" w:rsidP="0057153C">
      <w:pPr>
        <w:spacing w:before="120" w:after="40"/>
        <w:jc w:val="center"/>
        <w:rPr>
          <w:lang w:eastAsia="ja-JP"/>
        </w:rPr>
      </w:pPr>
      <w:r>
        <w:rPr>
          <w:b/>
          <w:sz w:val="32"/>
          <w:lang w:eastAsia="ja-JP"/>
        </w:rPr>
        <w:t>農業用ドローン導入講習　入校申込書</w:t>
      </w:r>
    </w:p>
    <w:p w14:paraId="488EAF6B" w14:textId="77777777" w:rsidR="00212023" w:rsidRDefault="00000000">
      <w:pPr>
        <w:spacing w:after="60"/>
        <w:jc w:val="center"/>
        <w:rPr>
          <w:lang w:eastAsia="ja-JP"/>
        </w:rPr>
      </w:pPr>
      <w:r>
        <w:rPr>
          <w:lang w:eastAsia="ja-JP"/>
        </w:rPr>
        <w:t>受講者記入用　ご不明な箇所は空欄のままご提出ください</w:t>
      </w:r>
    </w:p>
    <w:p w14:paraId="24EC7F27" w14:textId="77777777" w:rsidR="00212023" w:rsidRPr="0057153C" w:rsidRDefault="00000000">
      <w:pPr>
        <w:spacing w:after="20"/>
        <w:rPr>
          <w:sz w:val="24"/>
          <w:szCs w:val="24"/>
        </w:rPr>
      </w:pPr>
      <w:r w:rsidRPr="0057153C">
        <w:rPr>
          <w:b/>
          <w:sz w:val="24"/>
          <w:szCs w:val="24"/>
        </w:rPr>
        <w:t xml:space="preserve">■ </w:t>
      </w:r>
      <w:proofErr w:type="spellStart"/>
      <w:r w:rsidRPr="0057153C">
        <w:rPr>
          <w:b/>
          <w:sz w:val="24"/>
          <w:szCs w:val="24"/>
        </w:rPr>
        <w:t>コース情報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8618"/>
      </w:tblGrid>
      <w:tr w:rsidR="00212023" w14:paraId="775331B3" w14:textId="77777777" w:rsidTr="0057153C">
        <w:trPr>
          <w:trHeight w:val="349"/>
          <w:jc w:val="center"/>
        </w:trPr>
        <w:tc>
          <w:tcPr>
            <w:tcW w:w="192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D6C87F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proofErr w:type="spellStart"/>
            <w:r w:rsidRPr="0057153C">
              <w:rPr>
                <w:b/>
                <w:sz w:val="21"/>
                <w:szCs w:val="21"/>
              </w:rPr>
              <w:t>機種</w:t>
            </w:r>
            <w:proofErr w:type="spellEnd"/>
          </w:p>
        </w:tc>
        <w:tc>
          <w:tcPr>
            <w:tcW w:w="861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D67500" w14:textId="02F24266" w:rsidR="00212023" w:rsidRPr="0057153C" w:rsidRDefault="0057153C" w:rsidP="0057153C">
            <w:pPr>
              <w:spacing w:line="240" w:lineRule="auto"/>
              <w:rPr>
                <w:sz w:val="21"/>
                <w:szCs w:val="21"/>
                <w:lang w:eastAsia="ja-JP"/>
              </w:rPr>
            </w:pPr>
            <w:r w:rsidRPr="0057153C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□</w:t>
            </w:r>
            <w:r w:rsidR="00000000" w:rsidRPr="0057153C">
              <w:rPr>
                <w:sz w:val="21"/>
                <w:szCs w:val="21"/>
                <w:lang w:eastAsia="ja-JP"/>
              </w:rPr>
              <w:t xml:space="preserve">DJI 農業用ドローン（T10 / T25 共通）　</w:t>
            </w:r>
            <w:r w:rsidRPr="0057153C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□</w:t>
            </w:r>
            <w:r w:rsidR="00000000" w:rsidRPr="0057153C">
              <w:rPr>
                <w:sz w:val="21"/>
                <w:szCs w:val="21"/>
                <w:lang w:eastAsia="ja-JP"/>
              </w:rPr>
              <w:t xml:space="preserve"> その他（　　　　　　　　　）</w:t>
            </w:r>
          </w:p>
        </w:tc>
      </w:tr>
      <w:tr w:rsidR="00212023" w14:paraId="2A55DA5A" w14:textId="77777777" w:rsidTr="0057153C">
        <w:trPr>
          <w:trHeight w:val="586"/>
          <w:jc w:val="center"/>
        </w:trPr>
        <w:tc>
          <w:tcPr>
            <w:tcW w:w="192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A6A2C7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proofErr w:type="spellStart"/>
            <w:r w:rsidRPr="0057153C">
              <w:rPr>
                <w:b/>
                <w:sz w:val="21"/>
                <w:szCs w:val="21"/>
              </w:rPr>
              <w:t>受講コース</w:t>
            </w:r>
            <w:proofErr w:type="spellEnd"/>
          </w:p>
        </w:tc>
        <w:tc>
          <w:tcPr>
            <w:tcW w:w="861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BF84C9" w14:textId="5E8332F4" w:rsidR="00212023" w:rsidRPr="0057153C" w:rsidRDefault="0057153C" w:rsidP="0057153C">
            <w:pPr>
              <w:spacing w:line="240" w:lineRule="auto"/>
              <w:rPr>
                <w:rFonts w:eastAsiaTheme="minorEastAsia" w:hint="eastAsia"/>
                <w:sz w:val="21"/>
                <w:szCs w:val="21"/>
                <w:lang w:eastAsia="ja-JP"/>
              </w:rPr>
            </w:pPr>
            <w:r w:rsidRPr="0057153C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□</w:t>
            </w:r>
            <w:r w:rsidR="00000000" w:rsidRPr="0057153C">
              <w:rPr>
                <w:sz w:val="21"/>
                <w:szCs w:val="21"/>
                <w:lang w:eastAsia="ja-JP"/>
              </w:rPr>
              <w:t xml:space="preserve">初心者コース 5日間　　</w:t>
            </w:r>
            <w:r w:rsidRPr="0057153C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□</w:t>
            </w:r>
            <w:r w:rsidR="00000000" w:rsidRPr="0057153C">
              <w:rPr>
                <w:sz w:val="21"/>
                <w:szCs w:val="21"/>
                <w:lang w:eastAsia="ja-JP"/>
              </w:rPr>
              <w:t xml:space="preserve"> 経験者コース 4日間　　</w:t>
            </w:r>
            <w:r w:rsidRPr="0057153C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□</w:t>
            </w:r>
            <w:r w:rsidR="00000000" w:rsidRPr="0057153C">
              <w:rPr>
                <w:sz w:val="21"/>
                <w:szCs w:val="21"/>
                <w:lang w:eastAsia="ja-JP"/>
              </w:rPr>
              <w:t xml:space="preserve"> 更新　　</w:t>
            </w:r>
          </w:p>
        </w:tc>
      </w:tr>
      <w:tr w:rsidR="00212023" w14:paraId="259959D1" w14:textId="77777777" w:rsidTr="0057153C">
        <w:trPr>
          <w:trHeight w:val="412"/>
          <w:jc w:val="center"/>
        </w:trPr>
        <w:tc>
          <w:tcPr>
            <w:tcW w:w="192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A6858A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proofErr w:type="spellStart"/>
            <w:r w:rsidRPr="0057153C">
              <w:rPr>
                <w:b/>
                <w:sz w:val="21"/>
                <w:szCs w:val="21"/>
              </w:rPr>
              <w:t>日程</w:t>
            </w:r>
            <w:proofErr w:type="spellEnd"/>
          </w:p>
        </w:tc>
        <w:tc>
          <w:tcPr>
            <w:tcW w:w="861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5DC69E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sz w:val="21"/>
                <w:szCs w:val="21"/>
              </w:rPr>
              <w:t xml:space="preserve">　　　　月　　　　日　～　　　　月　　　　日</w:t>
            </w:r>
          </w:p>
        </w:tc>
      </w:tr>
    </w:tbl>
    <w:p w14:paraId="0717662B" w14:textId="77777777" w:rsidR="00212023" w:rsidRPr="0057153C" w:rsidRDefault="00000000">
      <w:pPr>
        <w:spacing w:before="60" w:after="20"/>
        <w:rPr>
          <w:sz w:val="24"/>
          <w:szCs w:val="24"/>
        </w:rPr>
      </w:pPr>
      <w:r w:rsidRPr="0057153C">
        <w:rPr>
          <w:b/>
          <w:sz w:val="24"/>
          <w:szCs w:val="24"/>
        </w:rPr>
        <w:t xml:space="preserve">■ </w:t>
      </w:r>
      <w:proofErr w:type="spellStart"/>
      <w:r w:rsidRPr="0057153C">
        <w:rPr>
          <w:b/>
          <w:sz w:val="24"/>
          <w:szCs w:val="24"/>
        </w:rPr>
        <w:t>申込者情報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3458"/>
        <w:gridCol w:w="1757"/>
        <w:gridCol w:w="3572"/>
      </w:tblGrid>
      <w:tr w:rsidR="00212023" w14:paraId="141752AD" w14:textId="77777777">
        <w:trPr>
          <w:trHeight w:val="623"/>
          <w:jc w:val="center"/>
        </w:trPr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B73ECA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フリガナ</w:t>
            </w:r>
          </w:p>
        </w:tc>
        <w:tc>
          <w:tcPr>
            <w:tcW w:w="34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F08394" w14:textId="77777777" w:rsidR="00212023" w:rsidRPr="0057153C" w:rsidRDefault="00212023" w:rsidP="0057153C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F4A773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申込日</w:t>
            </w:r>
          </w:p>
        </w:tc>
        <w:tc>
          <w:tcPr>
            <w:tcW w:w="357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C8A2B9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sz w:val="21"/>
                <w:szCs w:val="21"/>
              </w:rPr>
              <w:t xml:space="preserve">　　　　年　　　月　　　日</w:t>
            </w:r>
          </w:p>
        </w:tc>
      </w:tr>
      <w:tr w:rsidR="00212023" w14:paraId="48ACBA1F" w14:textId="77777777">
        <w:trPr>
          <w:trHeight w:val="680"/>
          <w:jc w:val="center"/>
        </w:trPr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CB648D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氏名</w:t>
            </w:r>
          </w:p>
        </w:tc>
        <w:tc>
          <w:tcPr>
            <w:tcW w:w="34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DD6DC8" w14:textId="77777777" w:rsidR="00212023" w:rsidRPr="0057153C" w:rsidRDefault="00212023" w:rsidP="0057153C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C97575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生年月日</w:t>
            </w:r>
          </w:p>
        </w:tc>
        <w:tc>
          <w:tcPr>
            <w:tcW w:w="357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AC079C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sz w:val="21"/>
                <w:szCs w:val="21"/>
              </w:rPr>
              <w:t>西暦　　　年　　月　　日</w:t>
            </w:r>
            <w:r w:rsidRPr="0057153C">
              <w:rPr>
                <w:sz w:val="21"/>
                <w:szCs w:val="21"/>
              </w:rPr>
              <w:br/>
              <w:t>（満　　　歳）</w:t>
            </w:r>
          </w:p>
        </w:tc>
      </w:tr>
      <w:tr w:rsidR="00212023" w14:paraId="0BAD4982" w14:textId="77777777">
        <w:trPr>
          <w:trHeight w:val="680"/>
          <w:jc w:val="center"/>
        </w:trPr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6D17EC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電話番号</w:t>
            </w:r>
          </w:p>
        </w:tc>
        <w:tc>
          <w:tcPr>
            <w:tcW w:w="34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3B7859" w14:textId="77777777" w:rsidR="00212023" w:rsidRPr="0057153C" w:rsidRDefault="00212023" w:rsidP="0057153C"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84D057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E-mail</w:t>
            </w:r>
          </w:p>
        </w:tc>
        <w:tc>
          <w:tcPr>
            <w:tcW w:w="357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39638F" w14:textId="77777777" w:rsidR="00212023" w:rsidRPr="0057153C" w:rsidRDefault="00212023" w:rsidP="0057153C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212023" w14:paraId="79BC128A" w14:textId="77777777">
        <w:trPr>
          <w:trHeight w:val="907"/>
          <w:jc w:val="center"/>
        </w:trPr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E9AA90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住所</w:t>
            </w:r>
          </w:p>
        </w:tc>
        <w:tc>
          <w:tcPr>
            <w:tcW w:w="3572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4121D7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sz w:val="21"/>
                <w:szCs w:val="21"/>
              </w:rPr>
              <w:t>〒</w:t>
            </w:r>
          </w:p>
        </w:tc>
      </w:tr>
      <w:tr w:rsidR="00212023" w14:paraId="6A515FCC" w14:textId="77777777">
        <w:trPr>
          <w:trHeight w:val="850"/>
          <w:jc w:val="center"/>
        </w:trPr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202561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勤務先・所属</w:t>
            </w:r>
            <w:r w:rsidRPr="0057153C">
              <w:rPr>
                <w:b/>
                <w:sz w:val="21"/>
                <w:szCs w:val="21"/>
              </w:rPr>
              <w:br/>
            </w:r>
            <w:r w:rsidRPr="0057153C">
              <w:rPr>
                <w:b/>
                <w:szCs w:val="18"/>
              </w:rPr>
              <w:t>任意</w:t>
            </w:r>
          </w:p>
        </w:tc>
        <w:tc>
          <w:tcPr>
            <w:tcW w:w="3572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46CDC8" w14:textId="77777777" w:rsidR="00212023" w:rsidRPr="0057153C" w:rsidRDefault="00212023" w:rsidP="0057153C">
            <w:pPr>
              <w:spacing w:line="240" w:lineRule="auto"/>
              <w:rPr>
                <w:sz w:val="21"/>
                <w:szCs w:val="21"/>
              </w:rPr>
            </w:pPr>
          </w:p>
        </w:tc>
      </w:tr>
      <w:tr w:rsidR="00212023" w14:paraId="31A2F13A" w14:textId="77777777" w:rsidTr="0057153C">
        <w:trPr>
          <w:trHeight w:val="705"/>
          <w:jc w:val="center"/>
        </w:trPr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D515C3" w14:textId="2C866F37" w:rsidR="00212023" w:rsidRPr="0057153C" w:rsidRDefault="00000000" w:rsidP="0057153C">
            <w:pPr>
              <w:spacing w:line="240" w:lineRule="auto"/>
              <w:rPr>
                <w:rFonts w:eastAsiaTheme="minorEastAsia" w:hint="eastAsia"/>
                <w:sz w:val="21"/>
                <w:szCs w:val="21"/>
                <w:lang w:eastAsia="ja-JP"/>
              </w:rPr>
            </w:pPr>
            <w:proofErr w:type="spellStart"/>
            <w:r w:rsidRPr="0057153C">
              <w:rPr>
                <w:b/>
                <w:sz w:val="21"/>
                <w:szCs w:val="21"/>
              </w:rPr>
              <w:t>緊急連絡先</w:t>
            </w:r>
            <w:proofErr w:type="spellEnd"/>
          </w:p>
        </w:tc>
        <w:tc>
          <w:tcPr>
            <w:tcW w:w="34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B0AEF5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sz w:val="21"/>
                <w:szCs w:val="21"/>
              </w:rPr>
              <w:t>氏名：</w:t>
            </w:r>
          </w:p>
        </w:tc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34D408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続柄・電話</w:t>
            </w:r>
          </w:p>
        </w:tc>
        <w:tc>
          <w:tcPr>
            <w:tcW w:w="357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B70761" w14:textId="6986E9E1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proofErr w:type="spellStart"/>
            <w:r w:rsidRPr="0057153C">
              <w:rPr>
                <w:sz w:val="21"/>
                <w:szCs w:val="21"/>
              </w:rPr>
              <w:t>続柄</w:t>
            </w:r>
            <w:proofErr w:type="spellEnd"/>
            <w:r w:rsidRPr="0057153C">
              <w:rPr>
                <w:sz w:val="21"/>
                <w:szCs w:val="21"/>
              </w:rPr>
              <w:t xml:space="preserve">：　　</w:t>
            </w:r>
            <w:r w:rsidR="0057153C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 </w:t>
            </w:r>
            <w:proofErr w:type="spellStart"/>
            <w:r w:rsidRPr="0057153C">
              <w:rPr>
                <w:sz w:val="21"/>
                <w:szCs w:val="21"/>
              </w:rPr>
              <w:t>電話</w:t>
            </w:r>
            <w:proofErr w:type="spellEnd"/>
            <w:r w:rsidRPr="0057153C">
              <w:rPr>
                <w:sz w:val="21"/>
                <w:szCs w:val="21"/>
              </w:rPr>
              <w:t>：</w:t>
            </w:r>
          </w:p>
        </w:tc>
      </w:tr>
      <w:tr w:rsidR="00212023" w14:paraId="3E680797" w14:textId="77777777">
        <w:trPr>
          <w:trHeight w:val="737"/>
          <w:jc w:val="center"/>
        </w:trPr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0D0181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proofErr w:type="spellStart"/>
            <w:r w:rsidRPr="0057153C">
              <w:rPr>
                <w:b/>
                <w:sz w:val="21"/>
                <w:szCs w:val="21"/>
              </w:rPr>
              <w:t>支払方法</w:t>
            </w:r>
            <w:proofErr w:type="spellEnd"/>
          </w:p>
        </w:tc>
        <w:tc>
          <w:tcPr>
            <w:tcW w:w="34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FF9DFC" w14:textId="24AFCC5B" w:rsidR="00212023" w:rsidRPr="0057153C" w:rsidRDefault="0057153C" w:rsidP="0057153C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□</w:t>
            </w:r>
            <w:r w:rsidR="00000000" w:rsidRPr="0057153C">
              <w:rPr>
                <w:sz w:val="21"/>
                <w:szCs w:val="21"/>
              </w:rPr>
              <w:t xml:space="preserve"> 銀行振込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□</w:t>
            </w:r>
            <w:r w:rsidR="00000000" w:rsidRPr="0057153C">
              <w:rPr>
                <w:sz w:val="21"/>
                <w:szCs w:val="21"/>
              </w:rPr>
              <w:t xml:space="preserve"> 現金</w:t>
            </w:r>
          </w:p>
        </w:tc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5CAA82" w14:textId="77777777" w:rsidR="00212023" w:rsidRPr="0057153C" w:rsidRDefault="00000000" w:rsidP="0057153C">
            <w:pPr>
              <w:spacing w:line="240" w:lineRule="auto"/>
              <w:rPr>
                <w:sz w:val="21"/>
                <w:szCs w:val="21"/>
              </w:rPr>
            </w:pPr>
            <w:r w:rsidRPr="0057153C">
              <w:rPr>
                <w:b/>
                <w:sz w:val="21"/>
                <w:szCs w:val="21"/>
              </w:rPr>
              <w:t>備考</w:t>
            </w:r>
          </w:p>
        </w:tc>
        <w:tc>
          <w:tcPr>
            <w:tcW w:w="357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7060E85" w14:textId="77777777" w:rsidR="00212023" w:rsidRPr="0057153C" w:rsidRDefault="00212023" w:rsidP="0057153C">
            <w:pPr>
              <w:spacing w:line="240" w:lineRule="auto"/>
              <w:rPr>
                <w:sz w:val="21"/>
                <w:szCs w:val="21"/>
              </w:rPr>
            </w:pPr>
          </w:p>
        </w:tc>
      </w:tr>
    </w:tbl>
    <w:p w14:paraId="37F80EB0" w14:textId="77777777" w:rsidR="00212023" w:rsidRPr="0057153C" w:rsidRDefault="00000000">
      <w:pPr>
        <w:spacing w:before="80" w:after="20"/>
        <w:rPr>
          <w:sz w:val="24"/>
          <w:szCs w:val="24"/>
        </w:rPr>
      </w:pPr>
      <w:r w:rsidRPr="0057153C">
        <w:rPr>
          <w:b/>
          <w:sz w:val="24"/>
          <w:szCs w:val="24"/>
        </w:rPr>
        <w:t>■ 利用規約・確認事項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46"/>
      </w:tblGrid>
      <w:tr w:rsidR="00212023" w14:paraId="4E951283" w14:textId="77777777">
        <w:trPr>
          <w:trHeight w:val="1247"/>
          <w:jc w:val="center"/>
        </w:trPr>
        <w:tc>
          <w:tcPr>
            <w:tcW w:w="1054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583FD1" w14:textId="6666AE82" w:rsidR="00212023" w:rsidRPr="0057153C" w:rsidRDefault="0057153C">
            <w:pPr>
              <w:rPr>
                <w:sz w:val="22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2"/>
                <w:lang w:eastAsia="ja-JP"/>
              </w:rPr>
              <w:t>□</w:t>
            </w:r>
            <w:r w:rsidR="00000000" w:rsidRPr="0057153C">
              <w:rPr>
                <w:sz w:val="22"/>
                <w:lang w:eastAsia="ja-JP"/>
              </w:rPr>
              <w:t>本講習の受講料は、原則として入校日前日までに指定口座へ振り込みます。</w:t>
            </w:r>
            <w:r w:rsidR="00000000" w:rsidRPr="0057153C">
              <w:rPr>
                <w:sz w:val="22"/>
                <w:lang w:eastAsia="ja-JP"/>
              </w:rPr>
              <w:br/>
            </w:r>
            <w:r>
              <w:rPr>
                <w:rFonts w:asciiTheme="minorEastAsia" w:eastAsiaTheme="minorEastAsia" w:hAnsiTheme="minorEastAsia" w:hint="eastAsia"/>
                <w:sz w:val="22"/>
                <w:lang w:eastAsia="ja-JP"/>
              </w:rPr>
              <w:t>□</w:t>
            </w:r>
            <w:r w:rsidR="00000000" w:rsidRPr="0057153C">
              <w:rPr>
                <w:sz w:val="22"/>
                <w:lang w:eastAsia="ja-JP"/>
              </w:rPr>
              <w:t xml:space="preserve"> 講習中は、指導教官の指示に従い、安全確認および機材の取扱いに十分注意します。</w:t>
            </w:r>
            <w:r w:rsidR="00000000" w:rsidRPr="0057153C">
              <w:rPr>
                <w:sz w:val="22"/>
                <w:lang w:eastAsia="ja-JP"/>
              </w:rPr>
              <w:br/>
            </w:r>
            <w:r>
              <w:rPr>
                <w:rFonts w:asciiTheme="minorEastAsia" w:eastAsiaTheme="minorEastAsia" w:hAnsiTheme="minorEastAsia" w:hint="eastAsia"/>
                <w:sz w:val="22"/>
                <w:lang w:eastAsia="ja-JP"/>
              </w:rPr>
              <w:t>□</w:t>
            </w:r>
            <w:r w:rsidR="00000000" w:rsidRPr="0057153C">
              <w:rPr>
                <w:sz w:val="22"/>
                <w:lang w:eastAsia="ja-JP"/>
              </w:rPr>
              <w:t>天候・機材・会場状況等により、講習日程が変更となる場合があることを確認します。</w:t>
            </w:r>
            <w:r w:rsidR="00000000" w:rsidRPr="0057153C">
              <w:rPr>
                <w:sz w:val="22"/>
                <w:lang w:eastAsia="ja-JP"/>
              </w:rPr>
              <w:br/>
            </w:r>
            <w:r>
              <w:rPr>
                <w:rFonts w:asciiTheme="minorEastAsia" w:eastAsiaTheme="minorEastAsia" w:hAnsiTheme="minorEastAsia" w:hint="eastAsia"/>
                <w:sz w:val="22"/>
                <w:lang w:eastAsia="ja-JP"/>
              </w:rPr>
              <w:t>□</w:t>
            </w:r>
            <w:r w:rsidR="00000000" w:rsidRPr="0057153C">
              <w:rPr>
                <w:sz w:val="22"/>
                <w:lang w:eastAsia="ja-JP"/>
              </w:rPr>
              <w:t xml:space="preserve"> 講習期間途中および終了後の受講料の払戻しについては、スクール規定に従います。</w:t>
            </w:r>
          </w:p>
        </w:tc>
      </w:tr>
    </w:tbl>
    <w:p w14:paraId="47F40069" w14:textId="77777777" w:rsidR="00212023" w:rsidRDefault="00000000">
      <w:pPr>
        <w:spacing w:before="80" w:after="40"/>
        <w:rPr>
          <w:lang w:eastAsia="ja-JP"/>
        </w:rPr>
      </w:pPr>
      <w:r>
        <w:rPr>
          <w:lang w:eastAsia="ja-JP"/>
        </w:rPr>
        <w:t>「利用規約・確認事項」を確認し、講習を申し込みます。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4082"/>
        <w:gridCol w:w="1757"/>
        <w:gridCol w:w="2948"/>
      </w:tblGrid>
      <w:tr w:rsidR="00212023" w14:paraId="36CF14E4" w14:textId="77777777">
        <w:trPr>
          <w:trHeight w:val="737"/>
          <w:jc w:val="center"/>
        </w:trPr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C0874B" w14:textId="77777777" w:rsidR="00212023" w:rsidRDefault="00000000">
            <w:proofErr w:type="spellStart"/>
            <w:r>
              <w:rPr>
                <w:b/>
              </w:rPr>
              <w:t>申込者署名</w:t>
            </w:r>
            <w:proofErr w:type="spellEnd"/>
          </w:p>
        </w:tc>
        <w:tc>
          <w:tcPr>
            <w:tcW w:w="408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134F91" w14:textId="77777777" w:rsidR="00212023" w:rsidRDefault="00212023"/>
        </w:tc>
        <w:tc>
          <w:tcPr>
            <w:tcW w:w="1757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E04951" w14:textId="77777777" w:rsidR="00212023" w:rsidRDefault="00000000">
            <w:r>
              <w:rPr>
                <w:b/>
              </w:rPr>
              <w:t>記入日</w:t>
            </w:r>
          </w:p>
        </w:tc>
        <w:tc>
          <w:tcPr>
            <w:tcW w:w="29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FF7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696186" w14:textId="77777777" w:rsidR="00212023" w:rsidRDefault="00000000">
            <w:r>
              <w:t xml:space="preserve">　　　　年　　　月　　　日</w:t>
            </w:r>
          </w:p>
        </w:tc>
      </w:tr>
    </w:tbl>
    <w:p w14:paraId="4161460B" w14:textId="183B33E9" w:rsidR="00212023" w:rsidRPr="0057153C" w:rsidRDefault="00212023">
      <w:pPr>
        <w:spacing w:before="40" w:after="0"/>
        <w:rPr>
          <w:rFonts w:eastAsiaTheme="minorEastAsia" w:hint="eastAsia"/>
          <w:lang w:eastAsia="ja-JP"/>
        </w:rPr>
      </w:pPr>
    </w:p>
    <w:sectPr w:rsidR="00212023" w:rsidRPr="0057153C" w:rsidSect="00034616">
      <w:pgSz w:w="11906" w:h="16838"/>
      <w:pgMar w:top="510" w:right="680" w:bottom="45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0824441">
    <w:abstractNumId w:val="8"/>
  </w:num>
  <w:num w:numId="2" w16cid:durableId="1790664282">
    <w:abstractNumId w:val="6"/>
  </w:num>
  <w:num w:numId="3" w16cid:durableId="116334856">
    <w:abstractNumId w:val="5"/>
  </w:num>
  <w:num w:numId="4" w16cid:durableId="1909001859">
    <w:abstractNumId w:val="4"/>
  </w:num>
  <w:num w:numId="5" w16cid:durableId="1176111726">
    <w:abstractNumId w:val="7"/>
  </w:num>
  <w:num w:numId="6" w16cid:durableId="32580231">
    <w:abstractNumId w:val="3"/>
  </w:num>
  <w:num w:numId="7" w16cid:durableId="1574971082">
    <w:abstractNumId w:val="2"/>
  </w:num>
  <w:num w:numId="8" w16cid:durableId="1002003694">
    <w:abstractNumId w:val="1"/>
  </w:num>
  <w:num w:numId="9" w16cid:durableId="93462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3359"/>
    <w:rsid w:val="00212023"/>
    <w:rsid w:val="0029639D"/>
    <w:rsid w:val="00326F90"/>
    <w:rsid w:val="0057153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DFFD77"/>
  <w14:defaultImageDpi w14:val="300"/>
  <w15:docId w15:val="{535299C1-EAC6-4019-AC55-95ED1FB8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鹿又 アルサ</dc:creator>
  <cp:keywords/>
  <dc:description>generated by python-docx</dc:description>
  <cp:lastModifiedBy>鹿又 アルサ</cp:lastModifiedBy>
  <cp:revision>2</cp:revision>
  <dcterms:created xsi:type="dcterms:W3CDTF">2026-06-03T15:47:00Z</dcterms:created>
  <dcterms:modified xsi:type="dcterms:W3CDTF">2026-06-03T15:47:00Z</dcterms:modified>
  <cp:category/>
</cp:coreProperties>
</file>